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D65F4" w14:textId="77777777" w:rsidR="00B25269" w:rsidRPr="00560463" w:rsidRDefault="00EC5D2E">
      <w:pPr>
        <w:spacing w:after="0"/>
        <w:jc w:val="center"/>
        <w:rPr>
          <w:sz w:val="22"/>
        </w:rPr>
      </w:pPr>
      <w:r w:rsidRPr="00560463">
        <w:rPr>
          <w:b/>
          <w:sz w:val="22"/>
        </w:rPr>
        <w:t>LEATSIDE HEALTH CENTRE</w:t>
      </w:r>
    </w:p>
    <w:p w14:paraId="162CFA84" w14:textId="77777777" w:rsidR="00B25269" w:rsidRPr="00560463" w:rsidRDefault="00EC5D2E">
      <w:pPr>
        <w:spacing w:after="60"/>
        <w:jc w:val="center"/>
        <w:rPr>
          <w:sz w:val="22"/>
        </w:rPr>
      </w:pPr>
      <w:r w:rsidRPr="00560463">
        <w:rPr>
          <w:b/>
          <w:sz w:val="22"/>
        </w:rPr>
        <w:t>PATIENT PARTICIPATION GROUP APPLICATION FORM</w:t>
      </w:r>
    </w:p>
    <w:p w14:paraId="56934842" w14:textId="77777777" w:rsidR="00B25269" w:rsidRPr="00560463" w:rsidRDefault="00EC5D2E">
      <w:pPr>
        <w:spacing w:after="100"/>
        <w:jc w:val="center"/>
        <w:rPr>
          <w:sz w:val="22"/>
        </w:rPr>
      </w:pPr>
      <w:r w:rsidRPr="00560463">
        <w:rPr>
          <w:b/>
          <w:sz w:val="22"/>
        </w:rPr>
        <w:t>Help us make our services better</w:t>
      </w:r>
    </w:p>
    <w:p w14:paraId="6B47EF8E" w14:textId="77777777" w:rsidR="00B25269" w:rsidRDefault="00EC5D2E">
      <w:pPr>
        <w:spacing w:after="100" w:line="240" w:lineRule="auto"/>
        <w:rPr>
          <w:sz w:val="22"/>
        </w:rPr>
      </w:pPr>
      <w:r w:rsidRPr="00560463">
        <w:rPr>
          <w:sz w:val="22"/>
        </w:rPr>
        <w:t>We want our patients to have a say in how our services develop. Our Patient Participation Group (PPG) gives patients an opportunity to share experiences, ideas and views and to help us improve the services we provide.</w:t>
      </w:r>
      <w:r w:rsidRPr="00560463">
        <w:rPr>
          <w:sz w:val="22"/>
        </w:rPr>
        <w:br/>
      </w:r>
      <w:r w:rsidRPr="00560463">
        <w:rPr>
          <w:sz w:val="22"/>
        </w:rPr>
        <w:br/>
      </w:r>
      <w:r w:rsidRPr="00560463">
        <w:rPr>
          <w:sz w:val="22"/>
        </w:rPr>
        <w:t>There are lots of ways to get involved. You do not have to attend regular meetings - you can contribute as much or as little as you wish, for example by completing occasional surveys, joining discussions, commenting on proposed changes or attending PPG meetings. We welcome patients of different ages, backgrounds and experiences so that our PPG reflects the community we serve.</w:t>
      </w:r>
    </w:p>
    <w:p w14:paraId="05EFE239" w14:textId="77777777" w:rsidR="00560463" w:rsidRDefault="00560463">
      <w:pPr>
        <w:spacing w:after="100" w:line="240" w:lineRule="auto"/>
        <w:rPr>
          <w:sz w:val="22"/>
        </w:rPr>
      </w:pPr>
    </w:p>
    <w:p w14:paraId="775D7555" w14:textId="2C49B805" w:rsidR="00560463" w:rsidRPr="00560463" w:rsidRDefault="00560463">
      <w:pPr>
        <w:spacing w:after="100" w:line="240" w:lineRule="auto"/>
        <w:rPr>
          <w:b/>
          <w:bCs/>
          <w:sz w:val="22"/>
        </w:rPr>
      </w:pPr>
      <w:r w:rsidRPr="00560463">
        <w:rPr>
          <w:b/>
          <w:bCs/>
          <w:sz w:val="22"/>
        </w:rPr>
        <w:t>Once you have completed this form, please hand it in at reception and it will be forwarded to the PPG.</w:t>
      </w:r>
    </w:p>
    <w:p w14:paraId="59EC6B19" w14:textId="77777777" w:rsidR="00560463" w:rsidRPr="00560463" w:rsidRDefault="00560463">
      <w:pPr>
        <w:spacing w:after="100" w:line="240" w:lineRule="auto"/>
        <w:rPr>
          <w:sz w:val="22"/>
        </w:rPr>
      </w:pPr>
    </w:p>
    <w:p w14:paraId="41BE03C9" w14:textId="77777777" w:rsidR="00B25269" w:rsidRPr="00560463" w:rsidRDefault="00EC5D2E">
      <w:pPr>
        <w:pStyle w:val="Heading1"/>
        <w:spacing w:before="20" w:after="40"/>
        <w:rPr>
          <w:sz w:val="22"/>
          <w:szCs w:val="22"/>
        </w:rPr>
      </w:pPr>
      <w:r w:rsidRPr="00560463">
        <w:rPr>
          <w:sz w:val="22"/>
          <w:szCs w:val="22"/>
        </w:rPr>
        <w:t>Your details</w:t>
      </w:r>
    </w:p>
    <w:tbl>
      <w:tblPr>
        <w:tblStyle w:val="TableGrid"/>
        <w:tblW w:w="0" w:type="auto"/>
        <w:jc w:val="center"/>
        <w:tblLook w:val="04A0" w:firstRow="1" w:lastRow="0" w:firstColumn="1" w:lastColumn="0" w:noHBand="0" w:noVBand="1"/>
      </w:tblPr>
      <w:tblGrid>
        <w:gridCol w:w="2160"/>
        <w:gridCol w:w="8208"/>
      </w:tblGrid>
      <w:tr w:rsidR="00B25269" w:rsidRPr="00560463" w14:paraId="3BCB634C" w14:textId="77777777">
        <w:trPr>
          <w:jc w:val="center"/>
        </w:trPr>
        <w:tc>
          <w:tcPr>
            <w:tcW w:w="2160" w:type="dxa"/>
            <w:tcMar>
              <w:top w:w="70" w:type="dxa"/>
              <w:left w:w="90" w:type="dxa"/>
              <w:bottom w:w="70" w:type="dxa"/>
              <w:right w:w="90" w:type="dxa"/>
            </w:tcMar>
            <w:vAlign w:val="center"/>
          </w:tcPr>
          <w:p w14:paraId="31A410C2" w14:textId="77777777" w:rsidR="00B25269" w:rsidRPr="00560463" w:rsidRDefault="00EC5D2E">
            <w:pPr>
              <w:rPr>
                <w:sz w:val="22"/>
              </w:rPr>
            </w:pPr>
            <w:r w:rsidRPr="00560463">
              <w:rPr>
                <w:b/>
                <w:sz w:val="22"/>
              </w:rPr>
              <w:t>Name</w:t>
            </w:r>
          </w:p>
        </w:tc>
        <w:tc>
          <w:tcPr>
            <w:tcW w:w="8208" w:type="dxa"/>
            <w:tcMar>
              <w:top w:w="70" w:type="dxa"/>
              <w:left w:w="90" w:type="dxa"/>
              <w:bottom w:w="70" w:type="dxa"/>
              <w:right w:w="90" w:type="dxa"/>
            </w:tcMar>
            <w:vAlign w:val="center"/>
          </w:tcPr>
          <w:p w14:paraId="7E23BB0A" w14:textId="77777777" w:rsidR="00B25269" w:rsidRPr="00560463" w:rsidRDefault="00EC5D2E">
            <w:pPr>
              <w:rPr>
                <w:sz w:val="22"/>
              </w:rPr>
            </w:pPr>
            <w:r w:rsidRPr="00560463">
              <w:rPr>
                <w:sz w:val="22"/>
              </w:rPr>
              <w:t xml:space="preserve"> </w:t>
            </w:r>
          </w:p>
        </w:tc>
      </w:tr>
      <w:tr w:rsidR="00B25269" w:rsidRPr="00560463" w14:paraId="447DC072" w14:textId="77777777">
        <w:trPr>
          <w:jc w:val="center"/>
        </w:trPr>
        <w:tc>
          <w:tcPr>
            <w:tcW w:w="2160" w:type="dxa"/>
            <w:tcMar>
              <w:top w:w="70" w:type="dxa"/>
              <w:left w:w="90" w:type="dxa"/>
              <w:bottom w:w="70" w:type="dxa"/>
              <w:right w:w="90" w:type="dxa"/>
            </w:tcMar>
            <w:vAlign w:val="center"/>
          </w:tcPr>
          <w:p w14:paraId="04AD2D69" w14:textId="77777777" w:rsidR="00B25269" w:rsidRPr="00560463" w:rsidRDefault="00EC5D2E">
            <w:pPr>
              <w:rPr>
                <w:sz w:val="22"/>
              </w:rPr>
            </w:pPr>
            <w:r w:rsidRPr="00560463">
              <w:rPr>
                <w:b/>
                <w:sz w:val="22"/>
              </w:rPr>
              <w:t>Postcode</w:t>
            </w:r>
          </w:p>
        </w:tc>
        <w:tc>
          <w:tcPr>
            <w:tcW w:w="8208" w:type="dxa"/>
            <w:tcMar>
              <w:top w:w="70" w:type="dxa"/>
              <w:left w:w="90" w:type="dxa"/>
              <w:bottom w:w="70" w:type="dxa"/>
              <w:right w:w="90" w:type="dxa"/>
            </w:tcMar>
            <w:vAlign w:val="center"/>
          </w:tcPr>
          <w:p w14:paraId="02B3BD9C" w14:textId="77777777" w:rsidR="00B25269" w:rsidRPr="00560463" w:rsidRDefault="00EC5D2E">
            <w:pPr>
              <w:rPr>
                <w:sz w:val="22"/>
              </w:rPr>
            </w:pPr>
            <w:r w:rsidRPr="00560463">
              <w:rPr>
                <w:sz w:val="22"/>
              </w:rPr>
              <w:t xml:space="preserve"> </w:t>
            </w:r>
          </w:p>
        </w:tc>
      </w:tr>
      <w:tr w:rsidR="00B25269" w:rsidRPr="00560463" w14:paraId="2B49DE90" w14:textId="77777777">
        <w:trPr>
          <w:jc w:val="center"/>
        </w:trPr>
        <w:tc>
          <w:tcPr>
            <w:tcW w:w="2160" w:type="dxa"/>
            <w:tcMar>
              <w:top w:w="70" w:type="dxa"/>
              <w:left w:w="90" w:type="dxa"/>
              <w:bottom w:w="70" w:type="dxa"/>
              <w:right w:w="90" w:type="dxa"/>
            </w:tcMar>
            <w:vAlign w:val="center"/>
          </w:tcPr>
          <w:p w14:paraId="274CA6CA" w14:textId="77777777" w:rsidR="00B25269" w:rsidRPr="00560463" w:rsidRDefault="00EC5D2E">
            <w:pPr>
              <w:rPr>
                <w:sz w:val="22"/>
              </w:rPr>
            </w:pPr>
            <w:r w:rsidRPr="00560463">
              <w:rPr>
                <w:b/>
                <w:sz w:val="22"/>
              </w:rPr>
              <w:t>Email address</w:t>
            </w:r>
          </w:p>
        </w:tc>
        <w:tc>
          <w:tcPr>
            <w:tcW w:w="8208" w:type="dxa"/>
            <w:tcMar>
              <w:top w:w="70" w:type="dxa"/>
              <w:left w:w="90" w:type="dxa"/>
              <w:bottom w:w="70" w:type="dxa"/>
              <w:right w:w="90" w:type="dxa"/>
            </w:tcMar>
            <w:vAlign w:val="center"/>
          </w:tcPr>
          <w:p w14:paraId="42A767E7" w14:textId="77777777" w:rsidR="00B25269" w:rsidRPr="00560463" w:rsidRDefault="00EC5D2E">
            <w:pPr>
              <w:rPr>
                <w:sz w:val="22"/>
              </w:rPr>
            </w:pPr>
            <w:r w:rsidRPr="00560463">
              <w:rPr>
                <w:sz w:val="22"/>
              </w:rPr>
              <w:t xml:space="preserve"> </w:t>
            </w:r>
          </w:p>
        </w:tc>
      </w:tr>
      <w:tr w:rsidR="00B25269" w:rsidRPr="00560463" w14:paraId="2CFAAE09" w14:textId="77777777">
        <w:trPr>
          <w:jc w:val="center"/>
        </w:trPr>
        <w:tc>
          <w:tcPr>
            <w:tcW w:w="2160" w:type="dxa"/>
            <w:tcMar>
              <w:top w:w="70" w:type="dxa"/>
              <w:left w:w="90" w:type="dxa"/>
              <w:bottom w:w="70" w:type="dxa"/>
              <w:right w:w="90" w:type="dxa"/>
            </w:tcMar>
            <w:vAlign w:val="center"/>
          </w:tcPr>
          <w:p w14:paraId="4BEC0564" w14:textId="77777777" w:rsidR="00B25269" w:rsidRPr="00560463" w:rsidRDefault="00EC5D2E">
            <w:pPr>
              <w:rPr>
                <w:sz w:val="22"/>
              </w:rPr>
            </w:pPr>
            <w:r w:rsidRPr="00560463">
              <w:rPr>
                <w:b/>
                <w:sz w:val="22"/>
              </w:rPr>
              <w:t>Telephone / mobile</w:t>
            </w:r>
          </w:p>
        </w:tc>
        <w:tc>
          <w:tcPr>
            <w:tcW w:w="8208" w:type="dxa"/>
            <w:tcMar>
              <w:top w:w="70" w:type="dxa"/>
              <w:left w:w="90" w:type="dxa"/>
              <w:bottom w:w="70" w:type="dxa"/>
              <w:right w:w="90" w:type="dxa"/>
            </w:tcMar>
            <w:vAlign w:val="center"/>
          </w:tcPr>
          <w:p w14:paraId="3897A751" w14:textId="77777777" w:rsidR="00B25269" w:rsidRPr="00560463" w:rsidRDefault="00EC5D2E">
            <w:pPr>
              <w:rPr>
                <w:sz w:val="22"/>
              </w:rPr>
            </w:pPr>
            <w:r w:rsidRPr="00560463">
              <w:rPr>
                <w:sz w:val="22"/>
              </w:rPr>
              <w:t xml:space="preserve"> </w:t>
            </w:r>
          </w:p>
        </w:tc>
      </w:tr>
    </w:tbl>
    <w:p w14:paraId="27F3606B" w14:textId="77777777" w:rsidR="00B25269" w:rsidRPr="00560463" w:rsidRDefault="00EC5D2E">
      <w:pPr>
        <w:spacing w:before="60" w:after="20"/>
        <w:rPr>
          <w:sz w:val="22"/>
        </w:rPr>
      </w:pPr>
      <w:r w:rsidRPr="00560463">
        <w:rPr>
          <w:b/>
          <w:sz w:val="22"/>
        </w:rPr>
        <w:t xml:space="preserve">How would you prefer us to contact you?  </w:t>
      </w:r>
      <w:r w:rsidRPr="00560463">
        <w:rPr>
          <w:sz w:val="22"/>
        </w:rPr>
        <w:t>☐</w:t>
      </w:r>
      <w:r w:rsidRPr="00560463">
        <w:rPr>
          <w:sz w:val="22"/>
        </w:rPr>
        <w:t xml:space="preserve"> Email     ☐ Telephone     ☐ Text message     ☐ Post</w:t>
      </w:r>
    </w:p>
    <w:p w14:paraId="3EC6B7D9" w14:textId="77777777" w:rsidR="00B25269" w:rsidRPr="00560463" w:rsidRDefault="00EC5D2E">
      <w:pPr>
        <w:pStyle w:val="Heading1"/>
        <w:spacing w:before="60" w:after="20"/>
        <w:rPr>
          <w:sz w:val="22"/>
          <w:szCs w:val="22"/>
        </w:rPr>
      </w:pPr>
      <w:r w:rsidRPr="00560463">
        <w:rPr>
          <w:sz w:val="22"/>
          <w:szCs w:val="22"/>
        </w:rPr>
        <w:t>How would you like to be involved?</w:t>
      </w:r>
    </w:p>
    <w:p w14:paraId="6887C48A" w14:textId="77777777" w:rsidR="00B25269" w:rsidRPr="00560463" w:rsidRDefault="00EC5D2E">
      <w:pPr>
        <w:spacing w:after="20"/>
        <w:rPr>
          <w:sz w:val="22"/>
        </w:rPr>
      </w:pPr>
      <w:r w:rsidRPr="00560463">
        <w:rPr>
          <w:sz w:val="22"/>
        </w:rPr>
        <w:t>Please tick all that apply.</w:t>
      </w:r>
    </w:p>
    <w:tbl>
      <w:tblPr>
        <w:tblW w:w="0" w:type="auto"/>
        <w:jc w:val="center"/>
        <w:tblLook w:val="04A0" w:firstRow="1" w:lastRow="0" w:firstColumn="1" w:lastColumn="0" w:noHBand="0" w:noVBand="1"/>
      </w:tblPr>
      <w:tblGrid>
        <w:gridCol w:w="5328"/>
        <w:gridCol w:w="5328"/>
      </w:tblGrid>
      <w:tr w:rsidR="00B25269" w:rsidRPr="00560463" w14:paraId="599682C7" w14:textId="77777777">
        <w:trPr>
          <w:jc w:val="center"/>
        </w:trPr>
        <w:tc>
          <w:tcPr>
            <w:tcW w:w="5328" w:type="dxa"/>
            <w:tcMar>
              <w:top w:w="35" w:type="dxa"/>
              <w:left w:w="55" w:type="dxa"/>
              <w:bottom w:w="35" w:type="dxa"/>
              <w:right w:w="55" w:type="dxa"/>
            </w:tcMar>
          </w:tcPr>
          <w:p w14:paraId="3B8BD1A0" w14:textId="77777777" w:rsidR="00B25269" w:rsidRPr="00560463" w:rsidRDefault="00EC5D2E">
            <w:pPr>
              <w:spacing w:after="0"/>
              <w:rPr>
                <w:sz w:val="22"/>
              </w:rPr>
            </w:pPr>
            <w:r w:rsidRPr="00560463">
              <w:rPr>
                <w:sz w:val="22"/>
              </w:rPr>
              <w:t>☐</w:t>
            </w:r>
            <w:r w:rsidRPr="00560463">
              <w:rPr>
                <w:sz w:val="22"/>
              </w:rPr>
              <w:t xml:space="preserve"> Attend meetings in person during the day</w:t>
            </w:r>
          </w:p>
        </w:tc>
        <w:tc>
          <w:tcPr>
            <w:tcW w:w="5328" w:type="dxa"/>
            <w:tcMar>
              <w:top w:w="35" w:type="dxa"/>
              <w:left w:w="55" w:type="dxa"/>
              <w:bottom w:w="35" w:type="dxa"/>
              <w:right w:w="55" w:type="dxa"/>
            </w:tcMar>
          </w:tcPr>
          <w:p w14:paraId="7DF5CBC0" w14:textId="77777777" w:rsidR="00B25269" w:rsidRPr="00560463" w:rsidRDefault="00EC5D2E">
            <w:pPr>
              <w:spacing w:after="0"/>
              <w:rPr>
                <w:sz w:val="22"/>
              </w:rPr>
            </w:pPr>
            <w:r w:rsidRPr="00560463">
              <w:rPr>
                <w:sz w:val="22"/>
              </w:rPr>
              <w:t>☐</w:t>
            </w:r>
            <w:r w:rsidRPr="00560463">
              <w:rPr>
                <w:sz w:val="22"/>
              </w:rPr>
              <w:t xml:space="preserve"> Attend meetings in person during the evening</w:t>
            </w:r>
          </w:p>
        </w:tc>
      </w:tr>
      <w:tr w:rsidR="00B25269" w:rsidRPr="00560463" w14:paraId="3000326B" w14:textId="77777777">
        <w:trPr>
          <w:jc w:val="center"/>
        </w:trPr>
        <w:tc>
          <w:tcPr>
            <w:tcW w:w="5328" w:type="dxa"/>
            <w:tcMar>
              <w:top w:w="35" w:type="dxa"/>
              <w:left w:w="55" w:type="dxa"/>
              <w:bottom w:w="35" w:type="dxa"/>
              <w:right w:w="55" w:type="dxa"/>
            </w:tcMar>
          </w:tcPr>
          <w:p w14:paraId="7E23FA36" w14:textId="77777777" w:rsidR="00B25269" w:rsidRPr="00560463" w:rsidRDefault="00EC5D2E">
            <w:pPr>
              <w:spacing w:after="0"/>
              <w:rPr>
                <w:sz w:val="22"/>
              </w:rPr>
            </w:pPr>
            <w:r w:rsidRPr="00560463">
              <w:rPr>
                <w:sz w:val="22"/>
              </w:rPr>
              <w:t>☐</w:t>
            </w:r>
            <w:r w:rsidRPr="00560463">
              <w:rPr>
                <w:sz w:val="22"/>
              </w:rPr>
              <w:t xml:space="preserve"> Attend meetings online / virtually</w:t>
            </w:r>
          </w:p>
        </w:tc>
        <w:tc>
          <w:tcPr>
            <w:tcW w:w="5328" w:type="dxa"/>
            <w:tcMar>
              <w:top w:w="35" w:type="dxa"/>
              <w:left w:w="55" w:type="dxa"/>
              <w:bottom w:w="35" w:type="dxa"/>
              <w:right w:w="55" w:type="dxa"/>
            </w:tcMar>
          </w:tcPr>
          <w:p w14:paraId="4542D55D" w14:textId="77777777" w:rsidR="00B25269" w:rsidRPr="00560463" w:rsidRDefault="00EC5D2E">
            <w:pPr>
              <w:spacing w:after="0"/>
              <w:rPr>
                <w:sz w:val="22"/>
              </w:rPr>
            </w:pPr>
            <w:r w:rsidRPr="00560463">
              <w:rPr>
                <w:sz w:val="22"/>
              </w:rPr>
              <w:t>☐</w:t>
            </w:r>
            <w:r w:rsidRPr="00560463">
              <w:rPr>
                <w:sz w:val="22"/>
              </w:rPr>
              <w:t xml:space="preserve"> Complete questionnaires or surveys</w:t>
            </w:r>
          </w:p>
        </w:tc>
      </w:tr>
      <w:tr w:rsidR="00B25269" w:rsidRPr="00560463" w14:paraId="605BA5D0" w14:textId="77777777">
        <w:trPr>
          <w:jc w:val="center"/>
        </w:trPr>
        <w:tc>
          <w:tcPr>
            <w:tcW w:w="5328" w:type="dxa"/>
            <w:tcMar>
              <w:top w:w="35" w:type="dxa"/>
              <w:left w:w="55" w:type="dxa"/>
              <w:bottom w:w="35" w:type="dxa"/>
              <w:right w:w="55" w:type="dxa"/>
            </w:tcMar>
          </w:tcPr>
          <w:p w14:paraId="129B005A" w14:textId="77777777" w:rsidR="00B25269" w:rsidRPr="00560463" w:rsidRDefault="00EC5D2E">
            <w:pPr>
              <w:spacing w:after="0"/>
              <w:rPr>
                <w:sz w:val="22"/>
              </w:rPr>
            </w:pPr>
            <w:r w:rsidRPr="00560463">
              <w:rPr>
                <w:sz w:val="22"/>
              </w:rPr>
              <w:t>☐</w:t>
            </w:r>
            <w:r w:rsidRPr="00560463">
              <w:rPr>
                <w:sz w:val="22"/>
              </w:rPr>
              <w:t xml:space="preserve"> Take part in telephone discussions / interviews</w:t>
            </w:r>
          </w:p>
        </w:tc>
        <w:tc>
          <w:tcPr>
            <w:tcW w:w="5328" w:type="dxa"/>
            <w:tcMar>
              <w:top w:w="35" w:type="dxa"/>
              <w:left w:w="55" w:type="dxa"/>
              <w:bottom w:w="35" w:type="dxa"/>
              <w:right w:w="55" w:type="dxa"/>
            </w:tcMar>
          </w:tcPr>
          <w:p w14:paraId="5F692920" w14:textId="77777777" w:rsidR="00B25269" w:rsidRPr="00560463" w:rsidRDefault="00EC5D2E">
            <w:pPr>
              <w:spacing w:after="0"/>
              <w:rPr>
                <w:sz w:val="22"/>
              </w:rPr>
            </w:pPr>
            <w:r w:rsidRPr="00560463">
              <w:rPr>
                <w:sz w:val="22"/>
              </w:rPr>
              <w:t>☐</w:t>
            </w:r>
            <w:r w:rsidRPr="00560463">
              <w:rPr>
                <w:sz w:val="22"/>
              </w:rPr>
              <w:t xml:space="preserve"> Take part in face-to-face discussions</w:t>
            </w:r>
          </w:p>
        </w:tc>
      </w:tr>
      <w:tr w:rsidR="00B25269" w:rsidRPr="00560463" w14:paraId="240741F0" w14:textId="77777777">
        <w:trPr>
          <w:jc w:val="center"/>
        </w:trPr>
        <w:tc>
          <w:tcPr>
            <w:tcW w:w="5328" w:type="dxa"/>
            <w:tcMar>
              <w:top w:w="35" w:type="dxa"/>
              <w:left w:w="55" w:type="dxa"/>
              <w:bottom w:w="35" w:type="dxa"/>
              <w:right w:w="55" w:type="dxa"/>
            </w:tcMar>
          </w:tcPr>
          <w:p w14:paraId="36F4F9B3" w14:textId="6E73D784" w:rsidR="00B25269" w:rsidRPr="00560463" w:rsidRDefault="00560463">
            <w:pPr>
              <w:spacing w:after="0"/>
              <w:rPr>
                <w:sz w:val="22"/>
              </w:rPr>
            </w:pPr>
            <w:r w:rsidRPr="00560463">
              <w:rPr>
                <w:sz w:val="22"/>
              </w:rPr>
              <w:t>☐ Take part in other events or initiatives</w:t>
            </w:r>
          </w:p>
        </w:tc>
        <w:tc>
          <w:tcPr>
            <w:tcW w:w="5328" w:type="dxa"/>
            <w:tcMar>
              <w:top w:w="35" w:type="dxa"/>
              <w:left w:w="55" w:type="dxa"/>
              <w:bottom w:w="35" w:type="dxa"/>
              <w:right w:w="55" w:type="dxa"/>
            </w:tcMar>
          </w:tcPr>
          <w:p w14:paraId="6F1C1966" w14:textId="77777777" w:rsidR="00B25269" w:rsidRPr="00560463" w:rsidRDefault="00EC5D2E">
            <w:pPr>
              <w:spacing w:after="0"/>
              <w:rPr>
                <w:sz w:val="22"/>
              </w:rPr>
            </w:pPr>
            <w:r w:rsidRPr="00560463">
              <w:rPr>
                <w:sz w:val="22"/>
              </w:rPr>
              <w:t>☐</w:t>
            </w:r>
            <w:r w:rsidRPr="00560463">
              <w:rPr>
                <w:sz w:val="22"/>
              </w:rPr>
              <w:t xml:space="preserve"> Help with specific projects or service improvements</w:t>
            </w:r>
          </w:p>
        </w:tc>
      </w:tr>
      <w:tr w:rsidR="00B25269" w:rsidRPr="00560463" w14:paraId="23F3A023" w14:textId="77777777">
        <w:trPr>
          <w:jc w:val="center"/>
        </w:trPr>
        <w:tc>
          <w:tcPr>
            <w:tcW w:w="5328" w:type="dxa"/>
            <w:tcMar>
              <w:top w:w="35" w:type="dxa"/>
              <w:left w:w="55" w:type="dxa"/>
              <w:bottom w:w="35" w:type="dxa"/>
              <w:right w:w="55" w:type="dxa"/>
            </w:tcMar>
          </w:tcPr>
          <w:p w14:paraId="45794C9C" w14:textId="77777777" w:rsidR="00B25269" w:rsidRPr="00560463" w:rsidRDefault="00EC5D2E">
            <w:pPr>
              <w:spacing w:after="0"/>
              <w:rPr>
                <w:sz w:val="22"/>
              </w:rPr>
            </w:pPr>
            <w:r w:rsidRPr="00560463">
              <w:rPr>
                <w:sz w:val="22"/>
              </w:rPr>
              <w:t>☐</w:t>
            </w:r>
            <w:r w:rsidRPr="00560463">
              <w:rPr>
                <w:sz w:val="22"/>
              </w:rPr>
              <w:t xml:space="preserve"> Review patient information or publicity</w:t>
            </w:r>
          </w:p>
        </w:tc>
        <w:tc>
          <w:tcPr>
            <w:tcW w:w="5328" w:type="dxa"/>
            <w:tcMar>
              <w:top w:w="35" w:type="dxa"/>
              <w:left w:w="55" w:type="dxa"/>
              <w:bottom w:w="35" w:type="dxa"/>
              <w:right w:w="55" w:type="dxa"/>
            </w:tcMar>
          </w:tcPr>
          <w:p w14:paraId="597CCDE5" w14:textId="3B23A121" w:rsidR="00B25269" w:rsidRPr="00560463" w:rsidRDefault="00B25269">
            <w:pPr>
              <w:spacing w:after="0"/>
              <w:rPr>
                <w:sz w:val="22"/>
              </w:rPr>
            </w:pPr>
          </w:p>
        </w:tc>
      </w:tr>
    </w:tbl>
    <w:p w14:paraId="54531F4D" w14:textId="77777777" w:rsidR="00B25269" w:rsidRPr="00560463" w:rsidRDefault="00EC5D2E">
      <w:pPr>
        <w:spacing w:before="40" w:after="20"/>
        <w:rPr>
          <w:sz w:val="22"/>
        </w:rPr>
      </w:pPr>
      <w:r w:rsidRPr="00560463">
        <w:rPr>
          <w:b/>
          <w:sz w:val="22"/>
        </w:rPr>
        <w:t>Other ways you would like to give us your views or get involved:</w:t>
      </w:r>
    </w:p>
    <w:tbl>
      <w:tblPr>
        <w:tblStyle w:val="TableGrid"/>
        <w:tblW w:w="0" w:type="auto"/>
        <w:tblLook w:val="04A0" w:firstRow="1" w:lastRow="0" w:firstColumn="1" w:lastColumn="0" w:noHBand="0" w:noVBand="1"/>
      </w:tblPr>
      <w:tblGrid>
        <w:gridCol w:w="10646"/>
      </w:tblGrid>
      <w:tr w:rsidR="00B25269" w:rsidRPr="00560463" w14:paraId="492D6536" w14:textId="77777777">
        <w:trPr>
          <w:trHeight w:val="389"/>
        </w:trPr>
        <w:tc>
          <w:tcPr>
            <w:tcW w:w="10656" w:type="dxa"/>
            <w:tcMar>
              <w:top w:w="70" w:type="dxa"/>
              <w:left w:w="90" w:type="dxa"/>
              <w:bottom w:w="70" w:type="dxa"/>
              <w:right w:w="90" w:type="dxa"/>
            </w:tcMar>
          </w:tcPr>
          <w:p w14:paraId="13E4BCD8" w14:textId="77777777" w:rsidR="00B25269" w:rsidRPr="00560463" w:rsidRDefault="00B25269">
            <w:pPr>
              <w:rPr>
                <w:sz w:val="22"/>
              </w:rPr>
            </w:pPr>
          </w:p>
        </w:tc>
      </w:tr>
      <w:tr w:rsidR="00B25269" w:rsidRPr="00560463" w14:paraId="630B1946" w14:textId="77777777">
        <w:trPr>
          <w:trHeight w:val="389"/>
        </w:trPr>
        <w:tc>
          <w:tcPr>
            <w:tcW w:w="10656" w:type="dxa"/>
            <w:tcMar>
              <w:top w:w="70" w:type="dxa"/>
              <w:left w:w="90" w:type="dxa"/>
              <w:bottom w:w="70" w:type="dxa"/>
              <w:right w:w="90" w:type="dxa"/>
            </w:tcMar>
          </w:tcPr>
          <w:p w14:paraId="6D90B20A" w14:textId="77777777" w:rsidR="00B25269" w:rsidRPr="00560463" w:rsidRDefault="00B25269">
            <w:pPr>
              <w:rPr>
                <w:sz w:val="22"/>
              </w:rPr>
            </w:pPr>
          </w:p>
        </w:tc>
      </w:tr>
    </w:tbl>
    <w:p w14:paraId="3BD58525" w14:textId="77777777" w:rsidR="00B25269" w:rsidRPr="00560463" w:rsidRDefault="00EC5D2E">
      <w:pPr>
        <w:spacing w:before="40" w:after="20"/>
        <w:rPr>
          <w:sz w:val="22"/>
        </w:rPr>
      </w:pPr>
      <w:r w:rsidRPr="00560463">
        <w:rPr>
          <w:b/>
          <w:sz w:val="22"/>
        </w:rPr>
        <w:t>Do you have any communication or accessibility requirements that would help you take part?</w:t>
      </w:r>
      <w:r w:rsidRPr="00560463">
        <w:rPr>
          <w:sz w:val="22"/>
        </w:rPr>
        <w:t xml:space="preserve">   ☐ No    ☐ Yes - please tell us what would help:</w:t>
      </w:r>
    </w:p>
    <w:tbl>
      <w:tblPr>
        <w:tblStyle w:val="TableGrid"/>
        <w:tblW w:w="0" w:type="auto"/>
        <w:tblLook w:val="04A0" w:firstRow="1" w:lastRow="0" w:firstColumn="1" w:lastColumn="0" w:noHBand="0" w:noVBand="1"/>
      </w:tblPr>
      <w:tblGrid>
        <w:gridCol w:w="18"/>
        <w:gridCol w:w="10610"/>
        <w:gridCol w:w="18"/>
      </w:tblGrid>
      <w:tr w:rsidR="00B25269" w:rsidRPr="00560463" w14:paraId="0521D3C1" w14:textId="77777777">
        <w:trPr>
          <w:gridAfter w:val="1"/>
          <w:wAfter w:w="18" w:type="dxa"/>
          <w:trHeight w:val="432"/>
        </w:trPr>
        <w:tc>
          <w:tcPr>
            <w:tcW w:w="10656" w:type="dxa"/>
            <w:gridSpan w:val="2"/>
          </w:tcPr>
          <w:p w14:paraId="0961B9CE" w14:textId="77777777" w:rsidR="00B25269" w:rsidRPr="00560463" w:rsidRDefault="00B25269">
            <w:pPr>
              <w:rPr>
                <w:sz w:val="22"/>
              </w:rPr>
            </w:pPr>
          </w:p>
        </w:tc>
      </w:tr>
      <w:tr w:rsidR="00560463" w:rsidRPr="00560463" w14:paraId="2B460606" w14:textId="77777777">
        <w:trPr>
          <w:gridAfter w:val="1"/>
          <w:wAfter w:w="18" w:type="dxa"/>
          <w:trHeight w:val="432"/>
        </w:trPr>
        <w:tc>
          <w:tcPr>
            <w:tcW w:w="10656" w:type="dxa"/>
            <w:gridSpan w:val="2"/>
          </w:tcPr>
          <w:p w14:paraId="270FFC12" w14:textId="77777777" w:rsidR="00560463" w:rsidRPr="00560463" w:rsidRDefault="00560463">
            <w:pPr>
              <w:rPr>
                <w:sz w:val="22"/>
              </w:rPr>
            </w:pPr>
          </w:p>
        </w:tc>
      </w:tr>
      <w:tr w:rsidR="00560463" w:rsidRPr="00560463" w14:paraId="7DB68998" w14:textId="77777777" w:rsidTr="00CF22FB">
        <w:trPr>
          <w:gridBefore w:val="1"/>
          <w:wBefore w:w="18" w:type="dxa"/>
        </w:trPr>
        <w:tc>
          <w:tcPr>
            <w:tcW w:w="10656" w:type="dxa"/>
            <w:gridSpan w:val="2"/>
            <w:shd w:val="clear" w:color="auto" w:fill="F2F2F2"/>
            <w:tcMar>
              <w:top w:w="70" w:type="dxa"/>
              <w:left w:w="90" w:type="dxa"/>
              <w:bottom w:w="70" w:type="dxa"/>
              <w:right w:w="90" w:type="dxa"/>
            </w:tcMar>
          </w:tcPr>
          <w:p w14:paraId="6067806C" w14:textId="75731919" w:rsidR="00560463" w:rsidRPr="00560463" w:rsidRDefault="00EC5D2E" w:rsidP="00CF22FB">
            <w:pPr>
              <w:rPr>
                <w:sz w:val="22"/>
              </w:rPr>
            </w:pPr>
            <w:r w:rsidRPr="00560463">
              <w:rPr>
                <w:sz w:val="22"/>
              </w:rPr>
              <w:br w:type="page"/>
            </w:r>
            <w:r w:rsidR="00560463" w:rsidRPr="00560463">
              <w:rPr>
                <w:b/>
                <w:sz w:val="22"/>
              </w:rPr>
              <w:t xml:space="preserve">Important: </w:t>
            </w:r>
            <w:r w:rsidR="00560463" w:rsidRPr="00560463">
              <w:rPr>
                <w:sz w:val="22"/>
              </w:rPr>
              <w:t>Please do not use this form to provide medical information or request medical advice, appointments or prescriptions. Clinical enquiries submitted through the PPG will not be actioned.</w:t>
            </w:r>
          </w:p>
        </w:tc>
      </w:tr>
    </w:tbl>
    <w:p w14:paraId="24C5DAAC" w14:textId="77777777" w:rsidR="00560463" w:rsidRDefault="00560463" w:rsidP="00560463">
      <w:pPr>
        <w:spacing w:before="80" w:after="0"/>
        <w:jc w:val="center"/>
        <w:rPr>
          <w:b/>
          <w:sz w:val="22"/>
        </w:rPr>
      </w:pPr>
    </w:p>
    <w:p w14:paraId="5EC98EAB" w14:textId="1BB90A1E" w:rsidR="00560463" w:rsidRPr="00560463" w:rsidRDefault="00560463" w:rsidP="00560463">
      <w:pPr>
        <w:spacing w:before="80" w:after="0"/>
        <w:jc w:val="center"/>
        <w:rPr>
          <w:sz w:val="22"/>
        </w:rPr>
      </w:pPr>
      <w:r w:rsidRPr="00560463">
        <w:rPr>
          <w:b/>
          <w:sz w:val="22"/>
        </w:rPr>
        <w:t xml:space="preserve">Thank you for helping us improve </w:t>
      </w:r>
      <w:proofErr w:type="spellStart"/>
      <w:r w:rsidRPr="00560463">
        <w:rPr>
          <w:b/>
          <w:sz w:val="22"/>
        </w:rPr>
        <w:t>Leatside</w:t>
      </w:r>
      <w:proofErr w:type="spellEnd"/>
      <w:r w:rsidRPr="00560463">
        <w:rPr>
          <w:b/>
          <w:sz w:val="22"/>
        </w:rPr>
        <w:t xml:space="preserve"> Health Centre.</w:t>
      </w:r>
    </w:p>
    <w:p w14:paraId="13D8C48A" w14:textId="5562ADAF" w:rsidR="00B25269" w:rsidRPr="00560463" w:rsidRDefault="00EC5D2E" w:rsidP="00560463">
      <w:pPr>
        <w:spacing w:after="40"/>
        <w:rPr>
          <w:sz w:val="22"/>
        </w:rPr>
      </w:pPr>
      <w:r w:rsidRPr="00560463">
        <w:rPr>
          <w:b/>
          <w:sz w:val="22"/>
        </w:rPr>
        <w:lastRenderedPageBreak/>
        <w:t>ABOUT YOU</w:t>
      </w:r>
    </w:p>
    <w:p w14:paraId="7DF8A1E5" w14:textId="77777777" w:rsidR="00B25269" w:rsidRPr="00560463" w:rsidRDefault="00EC5D2E">
      <w:pPr>
        <w:spacing w:after="80"/>
        <w:rPr>
          <w:sz w:val="22"/>
        </w:rPr>
      </w:pPr>
      <w:r w:rsidRPr="00560463">
        <w:rPr>
          <w:sz w:val="22"/>
        </w:rPr>
        <w:t>The questions below are optional. They help us understand whether the PPG reflects the diversity of our practice population. You may choose 'Prefer not to say' where offered.</w:t>
      </w:r>
    </w:p>
    <w:p w14:paraId="4667BE22" w14:textId="77777777" w:rsidR="00B25269" w:rsidRPr="00560463" w:rsidRDefault="00EC5D2E">
      <w:pPr>
        <w:pStyle w:val="Heading1"/>
        <w:spacing w:after="20"/>
        <w:rPr>
          <w:sz w:val="22"/>
          <w:szCs w:val="22"/>
        </w:rPr>
      </w:pPr>
      <w:r w:rsidRPr="00560463">
        <w:rPr>
          <w:sz w:val="22"/>
          <w:szCs w:val="22"/>
        </w:rPr>
        <w:t>Age group</w:t>
      </w:r>
    </w:p>
    <w:tbl>
      <w:tblPr>
        <w:tblW w:w="0" w:type="auto"/>
        <w:jc w:val="center"/>
        <w:tblLook w:val="04A0" w:firstRow="1" w:lastRow="0" w:firstColumn="1" w:lastColumn="0" w:noHBand="0" w:noVBand="1"/>
      </w:tblPr>
      <w:tblGrid>
        <w:gridCol w:w="2131"/>
        <w:gridCol w:w="2131"/>
        <w:gridCol w:w="2131"/>
        <w:gridCol w:w="2131"/>
        <w:gridCol w:w="2131"/>
      </w:tblGrid>
      <w:tr w:rsidR="00B25269" w:rsidRPr="00560463" w14:paraId="5656E467" w14:textId="77777777">
        <w:trPr>
          <w:jc w:val="center"/>
        </w:trPr>
        <w:tc>
          <w:tcPr>
            <w:tcW w:w="2131" w:type="dxa"/>
            <w:tcMar>
              <w:top w:w="35" w:type="dxa"/>
              <w:left w:w="55" w:type="dxa"/>
              <w:bottom w:w="35" w:type="dxa"/>
              <w:right w:w="55" w:type="dxa"/>
            </w:tcMar>
          </w:tcPr>
          <w:p w14:paraId="14F60694" w14:textId="77777777" w:rsidR="00B25269" w:rsidRPr="00560463" w:rsidRDefault="00EC5D2E">
            <w:pPr>
              <w:spacing w:after="0"/>
              <w:rPr>
                <w:sz w:val="22"/>
              </w:rPr>
            </w:pPr>
            <w:r w:rsidRPr="00560463">
              <w:rPr>
                <w:rFonts w:ascii="Segoe UI Symbol" w:hAnsi="Segoe UI Symbol" w:cs="Segoe UI Symbol"/>
                <w:sz w:val="22"/>
              </w:rPr>
              <w:t>☐</w:t>
            </w:r>
            <w:r w:rsidRPr="00560463">
              <w:rPr>
                <w:sz w:val="22"/>
              </w:rPr>
              <w:t xml:space="preserve"> Under 16</w:t>
            </w:r>
          </w:p>
        </w:tc>
        <w:tc>
          <w:tcPr>
            <w:tcW w:w="2131" w:type="dxa"/>
            <w:tcMar>
              <w:top w:w="35" w:type="dxa"/>
              <w:left w:w="55" w:type="dxa"/>
              <w:bottom w:w="35" w:type="dxa"/>
              <w:right w:w="55" w:type="dxa"/>
            </w:tcMar>
          </w:tcPr>
          <w:p w14:paraId="3D6728A4" w14:textId="77777777" w:rsidR="00B25269" w:rsidRPr="00560463" w:rsidRDefault="00EC5D2E">
            <w:pPr>
              <w:spacing w:after="0"/>
              <w:rPr>
                <w:sz w:val="22"/>
              </w:rPr>
            </w:pPr>
            <w:r w:rsidRPr="00560463">
              <w:rPr>
                <w:sz w:val="22"/>
              </w:rPr>
              <w:t>☐</w:t>
            </w:r>
            <w:r w:rsidRPr="00560463">
              <w:rPr>
                <w:sz w:val="22"/>
              </w:rPr>
              <w:t xml:space="preserve"> 16-24</w:t>
            </w:r>
          </w:p>
        </w:tc>
        <w:tc>
          <w:tcPr>
            <w:tcW w:w="2131" w:type="dxa"/>
            <w:tcMar>
              <w:top w:w="35" w:type="dxa"/>
              <w:left w:w="55" w:type="dxa"/>
              <w:bottom w:w="35" w:type="dxa"/>
              <w:right w:w="55" w:type="dxa"/>
            </w:tcMar>
          </w:tcPr>
          <w:p w14:paraId="398F035B" w14:textId="77777777" w:rsidR="00B25269" w:rsidRPr="00560463" w:rsidRDefault="00EC5D2E">
            <w:pPr>
              <w:spacing w:after="0"/>
              <w:rPr>
                <w:sz w:val="22"/>
              </w:rPr>
            </w:pPr>
            <w:r w:rsidRPr="00560463">
              <w:rPr>
                <w:sz w:val="22"/>
              </w:rPr>
              <w:t>☐</w:t>
            </w:r>
            <w:r w:rsidRPr="00560463">
              <w:rPr>
                <w:sz w:val="22"/>
              </w:rPr>
              <w:t xml:space="preserve"> 25-34</w:t>
            </w:r>
          </w:p>
        </w:tc>
        <w:tc>
          <w:tcPr>
            <w:tcW w:w="2131" w:type="dxa"/>
            <w:tcMar>
              <w:top w:w="35" w:type="dxa"/>
              <w:left w:w="55" w:type="dxa"/>
              <w:bottom w:w="35" w:type="dxa"/>
              <w:right w:w="55" w:type="dxa"/>
            </w:tcMar>
          </w:tcPr>
          <w:p w14:paraId="3E80837D" w14:textId="77777777" w:rsidR="00B25269" w:rsidRPr="00560463" w:rsidRDefault="00EC5D2E">
            <w:pPr>
              <w:spacing w:after="0"/>
              <w:rPr>
                <w:sz w:val="22"/>
              </w:rPr>
            </w:pPr>
            <w:r w:rsidRPr="00560463">
              <w:rPr>
                <w:sz w:val="22"/>
              </w:rPr>
              <w:t>☐</w:t>
            </w:r>
            <w:r w:rsidRPr="00560463">
              <w:rPr>
                <w:sz w:val="22"/>
              </w:rPr>
              <w:t xml:space="preserve"> 35-44</w:t>
            </w:r>
          </w:p>
        </w:tc>
        <w:tc>
          <w:tcPr>
            <w:tcW w:w="2131" w:type="dxa"/>
            <w:tcMar>
              <w:top w:w="35" w:type="dxa"/>
              <w:left w:w="55" w:type="dxa"/>
              <w:bottom w:w="35" w:type="dxa"/>
              <w:right w:w="55" w:type="dxa"/>
            </w:tcMar>
          </w:tcPr>
          <w:p w14:paraId="63412C8C" w14:textId="77777777" w:rsidR="00B25269" w:rsidRPr="00560463" w:rsidRDefault="00EC5D2E">
            <w:pPr>
              <w:spacing w:after="0"/>
              <w:rPr>
                <w:sz w:val="22"/>
              </w:rPr>
            </w:pPr>
            <w:r w:rsidRPr="00560463">
              <w:rPr>
                <w:sz w:val="22"/>
              </w:rPr>
              <w:t>☐</w:t>
            </w:r>
            <w:r w:rsidRPr="00560463">
              <w:rPr>
                <w:sz w:val="22"/>
              </w:rPr>
              <w:t xml:space="preserve"> 45-54</w:t>
            </w:r>
          </w:p>
        </w:tc>
      </w:tr>
      <w:tr w:rsidR="00B25269" w:rsidRPr="00560463" w14:paraId="272F425A" w14:textId="77777777">
        <w:trPr>
          <w:jc w:val="center"/>
        </w:trPr>
        <w:tc>
          <w:tcPr>
            <w:tcW w:w="2131" w:type="dxa"/>
            <w:tcMar>
              <w:top w:w="35" w:type="dxa"/>
              <w:left w:w="55" w:type="dxa"/>
              <w:bottom w:w="35" w:type="dxa"/>
              <w:right w:w="55" w:type="dxa"/>
            </w:tcMar>
          </w:tcPr>
          <w:p w14:paraId="5E8532AF" w14:textId="77777777" w:rsidR="00B25269" w:rsidRPr="00560463" w:rsidRDefault="00EC5D2E">
            <w:pPr>
              <w:spacing w:after="0"/>
              <w:rPr>
                <w:sz w:val="22"/>
              </w:rPr>
            </w:pPr>
            <w:r w:rsidRPr="00560463">
              <w:rPr>
                <w:sz w:val="22"/>
              </w:rPr>
              <w:t>☐</w:t>
            </w:r>
            <w:r w:rsidRPr="00560463">
              <w:rPr>
                <w:sz w:val="22"/>
              </w:rPr>
              <w:t xml:space="preserve"> 55-64</w:t>
            </w:r>
          </w:p>
        </w:tc>
        <w:tc>
          <w:tcPr>
            <w:tcW w:w="2131" w:type="dxa"/>
            <w:tcMar>
              <w:top w:w="35" w:type="dxa"/>
              <w:left w:w="55" w:type="dxa"/>
              <w:bottom w:w="35" w:type="dxa"/>
              <w:right w:w="55" w:type="dxa"/>
            </w:tcMar>
          </w:tcPr>
          <w:p w14:paraId="36F659A9" w14:textId="77777777" w:rsidR="00B25269" w:rsidRPr="00560463" w:rsidRDefault="00EC5D2E">
            <w:pPr>
              <w:spacing w:after="0"/>
              <w:rPr>
                <w:sz w:val="22"/>
              </w:rPr>
            </w:pPr>
            <w:r w:rsidRPr="00560463">
              <w:rPr>
                <w:sz w:val="22"/>
              </w:rPr>
              <w:t>☐</w:t>
            </w:r>
            <w:r w:rsidRPr="00560463">
              <w:rPr>
                <w:sz w:val="22"/>
              </w:rPr>
              <w:t xml:space="preserve"> 65-74</w:t>
            </w:r>
          </w:p>
        </w:tc>
        <w:tc>
          <w:tcPr>
            <w:tcW w:w="2131" w:type="dxa"/>
            <w:tcMar>
              <w:top w:w="35" w:type="dxa"/>
              <w:left w:w="55" w:type="dxa"/>
              <w:bottom w:w="35" w:type="dxa"/>
              <w:right w:w="55" w:type="dxa"/>
            </w:tcMar>
          </w:tcPr>
          <w:p w14:paraId="23DA8C6D" w14:textId="77777777" w:rsidR="00B25269" w:rsidRPr="00560463" w:rsidRDefault="00EC5D2E">
            <w:pPr>
              <w:spacing w:after="0"/>
              <w:rPr>
                <w:sz w:val="22"/>
              </w:rPr>
            </w:pPr>
            <w:r w:rsidRPr="00560463">
              <w:rPr>
                <w:sz w:val="22"/>
              </w:rPr>
              <w:t>☐</w:t>
            </w:r>
            <w:r w:rsidRPr="00560463">
              <w:rPr>
                <w:sz w:val="22"/>
              </w:rPr>
              <w:t xml:space="preserve"> 75-84</w:t>
            </w:r>
          </w:p>
        </w:tc>
        <w:tc>
          <w:tcPr>
            <w:tcW w:w="2131" w:type="dxa"/>
            <w:tcMar>
              <w:top w:w="35" w:type="dxa"/>
              <w:left w:w="55" w:type="dxa"/>
              <w:bottom w:w="35" w:type="dxa"/>
              <w:right w:w="55" w:type="dxa"/>
            </w:tcMar>
          </w:tcPr>
          <w:p w14:paraId="1249F7E2" w14:textId="77777777" w:rsidR="00B25269" w:rsidRPr="00560463" w:rsidRDefault="00EC5D2E">
            <w:pPr>
              <w:spacing w:after="0"/>
              <w:rPr>
                <w:sz w:val="22"/>
              </w:rPr>
            </w:pPr>
            <w:r w:rsidRPr="00560463">
              <w:rPr>
                <w:sz w:val="22"/>
              </w:rPr>
              <w:t>☐</w:t>
            </w:r>
            <w:r w:rsidRPr="00560463">
              <w:rPr>
                <w:sz w:val="22"/>
              </w:rPr>
              <w:t xml:space="preserve"> 85 and over</w:t>
            </w:r>
          </w:p>
        </w:tc>
        <w:tc>
          <w:tcPr>
            <w:tcW w:w="2131" w:type="dxa"/>
            <w:tcMar>
              <w:top w:w="35" w:type="dxa"/>
              <w:left w:w="55" w:type="dxa"/>
              <w:bottom w:w="35" w:type="dxa"/>
              <w:right w:w="55" w:type="dxa"/>
            </w:tcMar>
          </w:tcPr>
          <w:p w14:paraId="3AB75B1D" w14:textId="77777777" w:rsidR="00B25269" w:rsidRPr="00560463" w:rsidRDefault="00EC5D2E">
            <w:pPr>
              <w:spacing w:after="0"/>
              <w:rPr>
                <w:sz w:val="22"/>
              </w:rPr>
            </w:pPr>
            <w:r w:rsidRPr="00560463">
              <w:rPr>
                <w:sz w:val="22"/>
              </w:rPr>
              <w:t>☐</w:t>
            </w:r>
            <w:r w:rsidRPr="00560463">
              <w:rPr>
                <w:sz w:val="22"/>
              </w:rPr>
              <w:t xml:space="preserve"> Prefer not to say</w:t>
            </w:r>
          </w:p>
        </w:tc>
      </w:tr>
    </w:tbl>
    <w:p w14:paraId="5B112FDD" w14:textId="77777777" w:rsidR="00B25269" w:rsidRPr="00560463" w:rsidRDefault="00EC5D2E">
      <w:pPr>
        <w:pStyle w:val="Heading1"/>
        <w:spacing w:before="60" w:after="20"/>
        <w:rPr>
          <w:sz w:val="22"/>
          <w:szCs w:val="22"/>
        </w:rPr>
      </w:pPr>
      <w:r w:rsidRPr="00560463">
        <w:rPr>
          <w:sz w:val="22"/>
          <w:szCs w:val="22"/>
        </w:rPr>
        <w:t>Gender</w:t>
      </w:r>
    </w:p>
    <w:tbl>
      <w:tblPr>
        <w:tblW w:w="0" w:type="auto"/>
        <w:jc w:val="center"/>
        <w:tblLook w:val="04A0" w:firstRow="1" w:lastRow="0" w:firstColumn="1" w:lastColumn="0" w:noHBand="0" w:noVBand="1"/>
      </w:tblPr>
      <w:tblGrid>
        <w:gridCol w:w="3552"/>
        <w:gridCol w:w="3552"/>
        <w:gridCol w:w="3552"/>
      </w:tblGrid>
      <w:tr w:rsidR="00B25269" w:rsidRPr="00560463" w14:paraId="548F60AA" w14:textId="77777777">
        <w:trPr>
          <w:jc w:val="center"/>
        </w:trPr>
        <w:tc>
          <w:tcPr>
            <w:tcW w:w="3552" w:type="dxa"/>
            <w:tcMar>
              <w:top w:w="35" w:type="dxa"/>
              <w:left w:w="55" w:type="dxa"/>
              <w:bottom w:w="35" w:type="dxa"/>
              <w:right w:w="55" w:type="dxa"/>
            </w:tcMar>
          </w:tcPr>
          <w:p w14:paraId="3D6621D4" w14:textId="77777777" w:rsidR="00B25269" w:rsidRPr="00560463" w:rsidRDefault="00EC5D2E">
            <w:pPr>
              <w:spacing w:after="0"/>
              <w:rPr>
                <w:sz w:val="22"/>
              </w:rPr>
            </w:pPr>
            <w:r w:rsidRPr="00560463">
              <w:rPr>
                <w:sz w:val="22"/>
              </w:rPr>
              <w:t>☐</w:t>
            </w:r>
            <w:r w:rsidRPr="00560463">
              <w:rPr>
                <w:sz w:val="22"/>
              </w:rPr>
              <w:t xml:space="preserve"> Female</w:t>
            </w:r>
          </w:p>
        </w:tc>
        <w:tc>
          <w:tcPr>
            <w:tcW w:w="3552" w:type="dxa"/>
            <w:tcMar>
              <w:top w:w="35" w:type="dxa"/>
              <w:left w:w="55" w:type="dxa"/>
              <w:bottom w:w="35" w:type="dxa"/>
              <w:right w:w="55" w:type="dxa"/>
            </w:tcMar>
          </w:tcPr>
          <w:p w14:paraId="122C951D" w14:textId="77777777" w:rsidR="00B25269" w:rsidRPr="00560463" w:rsidRDefault="00EC5D2E">
            <w:pPr>
              <w:spacing w:after="0"/>
              <w:rPr>
                <w:sz w:val="22"/>
              </w:rPr>
            </w:pPr>
            <w:r w:rsidRPr="00560463">
              <w:rPr>
                <w:sz w:val="22"/>
              </w:rPr>
              <w:t>☐</w:t>
            </w:r>
            <w:r w:rsidRPr="00560463">
              <w:rPr>
                <w:sz w:val="22"/>
              </w:rPr>
              <w:t xml:space="preserve"> Male</w:t>
            </w:r>
          </w:p>
        </w:tc>
        <w:tc>
          <w:tcPr>
            <w:tcW w:w="3552" w:type="dxa"/>
            <w:tcMar>
              <w:top w:w="35" w:type="dxa"/>
              <w:left w:w="55" w:type="dxa"/>
              <w:bottom w:w="35" w:type="dxa"/>
              <w:right w:w="55" w:type="dxa"/>
            </w:tcMar>
          </w:tcPr>
          <w:p w14:paraId="53613DDE" w14:textId="77777777" w:rsidR="00B25269" w:rsidRPr="00560463" w:rsidRDefault="00EC5D2E">
            <w:pPr>
              <w:spacing w:after="0"/>
              <w:rPr>
                <w:sz w:val="22"/>
              </w:rPr>
            </w:pPr>
            <w:r w:rsidRPr="00560463">
              <w:rPr>
                <w:sz w:val="22"/>
              </w:rPr>
              <w:t>☐</w:t>
            </w:r>
            <w:r w:rsidRPr="00560463">
              <w:rPr>
                <w:sz w:val="22"/>
              </w:rPr>
              <w:t xml:space="preserve"> </w:t>
            </w:r>
            <w:proofErr w:type="gramStart"/>
            <w:r w:rsidRPr="00560463">
              <w:rPr>
                <w:sz w:val="22"/>
              </w:rPr>
              <w:t>Non-binary</w:t>
            </w:r>
            <w:proofErr w:type="gramEnd"/>
          </w:p>
        </w:tc>
      </w:tr>
      <w:tr w:rsidR="00B25269" w:rsidRPr="00560463" w14:paraId="684BA2BB" w14:textId="77777777">
        <w:trPr>
          <w:jc w:val="center"/>
        </w:trPr>
        <w:tc>
          <w:tcPr>
            <w:tcW w:w="3552" w:type="dxa"/>
            <w:tcMar>
              <w:top w:w="35" w:type="dxa"/>
              <w:left w:w="55" w:type="dxa"/>
              <w:bottom w:w="35" w:type="dxa"/>
              <w:right w:w="55" w:type="dxa"/>
            </w:tcMar>
          </w:tcPr>
          <w:p w14:paraId="1B7C2CA2" w14:textId="77777777" w:rsidR="00B25269" w:rsidRPr="00560463" w:rsidRDefault="00EC5D2E">
            <w:pPr>
              <w:spacing w:after="0"/>
              <w:rPr>
                <w:sz w:val="22"/>
              </w:rPr>
            </w:pPr>
            <w:r w:rsidRPr="00560463">
              <w:rPr>
                <w:sz w:val="22"/>
              </w:rPr>
              <w:t>☐</w:t>
            </w:r>
            <w:r w:rsidRPr="00560463">
              <w:rPr>
                <w:sz w:val="22"/>
              </w:rPr>
              <w:t xml:space="preserve"> Prefer to self-describe: __________________</w:t>
            </w:r>
          </w:p>
        </w:tc>
        <w:tc>
          <w:tcPr>
            <w:tcW w:w="3552" w:type="dxa"/>
            <w:tcMar>
              <w:top w:w="35" w:type="dxa"/>
              <w:left w:w="55" w:type="dxa"/>
              <w:bottom w:w="35" w:type="dxa"/>
              <w:right w:w="55" w:type="dxa"/>
            </w:tcMar>
          </w:tcPr>
          <w:p w14:paraId="05C8F249" w14:textId="77777777" w:rsidR="00B25269" w:rsidRPr="00560463" w:rsidRDefault="00EC5D2E">
            <w:pPr>
              <w:spacing w:after="0"/>
              <w:rPr>
                <w:sz w:val="22"/>
              </w:rPr>
            </w:pPr>
            <w:r w:rsidRPr="00560463">
              <w:rPr>
                <w:sz w:val="22"/>
              </w:rPr>
              <w:t>☐</w:t>
            </w:r>
            <w:r w:rsidRPr="00560463">
              <w:rPr>
                <w:sz w:val="22"/>
              </w:rPr>
              <w:t xml:space="preserve"> Prefer not to say</w:t>
            </w:r>
          </w:p>
        </w:tc>
        <w:tc>
          <w:tcPr>
            <w:tcW w:w="3552" w:type="dxa"/>
            <w:tcMar>
              <w:top w:w="35" w:type="dxa"/>
              <w:left w:w="55" w:type="dxa"/>
              <w:bottom w:w="35" w:type="dxa"/>
              <w:right w:w="55" w:type="dxa"/>
            </w:tcMar>
          </w:tcPr>
          <w:p w14:paraId="09038D2D" w14:textId="77777777" w:rsidR="00B25269" w:rsidRPr="00560463" w:rsidRDefault="00B25269">
            <w:pPr>
              <w:rPr>
                <w:sz w:val="22"/>
              </w:rPr>
            </w:pPr>
          </w:p>
        </w:tc>
      </w:tr>
    </w:tbl>
    <w:p w14:paraId="38AEC04B" w14:textId="77777777" w:rsidR="00B25269" w:rsidRPr="00560463" w:rsidRDefault="00EC5D2E">
      <w:pPr>
        <w:pStyle w:val="Heading1"/>
        <w:spacing w:before="60" w:after="20"/>
        <w:rPr>
          <w:sz w:val="22"/>
          <w:szCs w:val="22"/>
        </w:rPr>
      </w:pPr>
      <w:r w:rsidRPr="00560463">
        <w:rPr>
          <w:sz w:val="22"/>
          <w:szCs w:val="22"/>
        </w:rPr>
        <w:t>Ethnic group</w:t>
      </w:r>
    </w:p>
    <w:p w14:paraId="2313C75A" w14:textId="77777777" w:rsidR="00B25269" w:rsidRPr="00560463" w:rsidRDefault="00EC5D2E">
      <w:pPr>
        <w:spacing w:after="20"/>
        <w:rPr>
          <w:sz w:val="22"/>
        </w:rPr>
      </w:pPr>
      <w:r w:rsidRPr="00560463">
        <w:rPr>
          <w:sz w:val="22"/>
        </w:rPr>
        <w:t>Please tick the group that best describes your ethnic background.</w:t>
      </w:r>
    </w:p>
    <w:p w14:paraId="48D393D2" w14:textId="77777777" w:rsidR="00B25269" w:rsidRPr="00560463" w:rsidRDefault="00EC5D2E">
      <w:pPr>
        <w:spacing w:before="20" w:after="0"/>
        <w:rPr>
          <w:sz w:val="22"/>
        </w:rPr>
      </w:pPr>
      <w:r w:rsidRPr="00560463">
        <w:rPr>
          <w:b/>
          <w:sz w:val="22"/>
        </w:rPr>
        <w:t>Asian, Asian British or Asian Welsh</w:t>
      </w:r>
    </w:p>
    <w:tbl>
      <w:tblPr>
        <w:tblW w:w="0" w:type="auto"/>
        <w:jc w:val="center"/>
        <w:tblLook w:val="04A0" w:firstRow="1" w:lastRow="0" w:firstColumn="1" w:lastColumn="0" w:noHBand="0" w:noVBand="1"/>
      </w:tblPr>
      <w:tblGrid>
        <w:gridCol w:w="3552"/>
        <w:gridCol w:w="3552"/>
        <w:gridCol w:w="3552"/>
      </w:tblGrid>
      <w:tr w:rsidR="00B25269" w:rsidRPr="00560463" w14:paraId="4BC519C3" w14:textId="77777777">
        <w:trPr>
          <w:jc w:val="center"/>
        </w:trPr>
        <w:tc>
          <w:tcPr>
            <w:tcW w:w="3552" w:type="dxa"/>
            <w:tcMar>
              <w:top w:w="35" w:type="dxa"/>
              <w:left w:w="55" w:type="dxa"/>
              <w:bottom w:w="35" w:type="dxa"/>
              <w:right w:w="55" w:type="dxa"/>
            </w:tcMar>
          </w:tcPr>
          <w:p w14:paraId="77DACE1B" w14:textId="77777777" w:rsidR="00B25269" w:rsidRPr="00560463" w:rsidRDefault="00EC5D2E">
            <w:pPr>
              <w:spacing w:after="0"/>
              <w:rPr>
                <w:sz w:val="22"/>
              </w:rPr>
            </w:pPr>
            <w:r w:rsidRPr="00560463">
              <w:rPr>
                <w:sz w:val="22"/>
              </w:rPr>
              <w:t>☐</w:t>
            </w:r>
            <w:r w:rsidRPr="00560463">
              <w:rPr>
                <w:sz w:val="22"/>
              </w:rPr>
              <w:t xml:space="preserve"> Bangladeshi</w:t>
            </w:r>
          </w:p>
        </w:tc>
        <w:tc>
          <w:tcPr>
            <w:tcW w:w="3552" w:type="dxa"/>
            <w:tcMar>
              <w:top w:w="35" w:type="dxa"/>
              <w:left w:w="55" w:type="dxa"/>
              <w:bottom w:w="35" w:type="dxa"/>
              <w:right w:w="55" w:type="dxa"/>
            </w:tcMar>
          </w:tcPr>
          <w:p w14:paraId="2021D473" w14:textId="77777777" w:rsidR="00B25269" w:rsidRPr="00560463" w:rsidRDefault="00EC5D2E">
            <w:pPr>
              <w:spacing w:after="0"/>
              <w:rPr>
                <w:sz w:val="22"/>
              </w:rPr>
            </w:pPr>
            <w:r w:rsidRPr="00560463">
              <w:rPr>
                <w:sz w:val="22"/>
              </w:rPr>
              <w:t>☐</w:t>
            </w:r>
            <w:r w:rsidRPr="00560463">
              <w:rPr>
                <w:sz w:val="22"/>
              </w:rPr>
              <w:t xml:space="preserve"> Chinese</w:t>
            </w:r>
          </w:p>
        </w:tc>
        <w:tc>
          <w:tcPr>
            <w:tcW w:w="3552" w:type="dxa"/>
            <w:tcMar>
              <w:top w:w="35" w:type="dxa"/>
              <w:left w:w="55" w:type="dxa"/>
              <w:bottom w:w="35" w:type="dxa"/>
              <w:right w:w="55" w:type="dxa"/>
            </w:tcMar>
          </w:tcPr>
          <w:p w14:paraId="4CE01652" w14:textId="77777777" w:rsidR="00B25269" w:rsidRPr="00560463" w:rsidRDefault="00EC5D2E">
            <w:pPr>
              <w:spacing w:after="0"/>
              <w:rPr>
                <w:sz w:val="22"/>
              </w:rPr>
            </w:pPr>
            <w:r w:rsidRPr="00560463">
              <w:rPr>
                <w:sz w:val="22"/>
              </w:rPr>
              <w:t>☐</w:t>
            </w:r>
            <w:r w:rsidRPr="00560463">
              <w:rPr>
                <w:sz w:val="22"/>
              </w:rPr>
              <w:t xml:space="preserve"> Indian</w:t>
            </w:r>
          </w:p>
        </w:tc>
      </w:tr>
      <w:tr w:rsidR="00B25269" w:rsidRPr="00560463" w14:paraId="31743465" w14:textId="77777777">
        <w:trPr>
          <w:jc w:val="center"/>
        </w:trPr>
        <w:tc>
          <w:tcPr>
            <w:tcW w:w="3552" w:type="dxa"/>
            <w:tcMar>
              <w:top w:w="35" w:type="dxa"/>
              <w:left w:w="55" w:type="dxa"/>
              <w:bottom w:w="35" w:type="dxa"/>
              <w:right w:w="55" w:type="dxa"/>
            </w:tcMar>
          </w:tcPr>
          <w:p w14:paraId="637A1CBD" w14:textId="77777777" w:rsidR="00B25269" w:rsidRPr="00560463" w:rsidRDefault="00EC5D2E">
            <w:pPr>
              <w:spacing w:after="0"/>
              <w:rPr>
                <w:sz w:val="22"/>
              </w:rPr>
            </w:pPr>
            <w:r w:rsidRPr="00560463">
              <w:rPr>
                <w:sz w:val="22"/>
              </w:rPr>
              <w:t>☐</w:t>
            </w:r>
            <w:r w:rsidRPr="00560463">
              <w:rPr>
                <w:sz w:val="22"/>
              </w:rPr>
              <w:t xml:space="preserve"> Pakistani</w:t>
            </w:r>
          </w:p>
        </w:tc>
        <w:tc>
          <w:tcPr>
            <w:tcW w:w="3552" w:type="dxa"/>
            <w:tcMar>
              <w:top w:w="35" w:type="dxa"/>
              <w:left w:w="55" w:type="dxa"/>
              <w:bottom w:w="35" w:type="dxa"/>
              <w:right w:w="55" w:type="dxa"/>
            </w:tcMar>
          </w:tcPr>
          <w:p w14:paraId="5EAD62C3" w14:textId="77777777" w:rsidR="00B25269" w:rsidRPr="00560463" w:rsidRDefault="00EC5D2E">
            <w:pPr>
              <w:spacing w:after="0"/>
              <w:rPr>
                <w:sz w:val="22"/>
              </w:rPr>
            </w:pPr>
            <w:r w:rsidRPr="00560463">
              <w:rPr>
                <w:sz w:val="22"/>
              </w:rPr>
              <w:t>☐</w:t>
            </w:r>
            <w:r w:rsidRPr="00560463">
              <w:rPr>
                <w:sz w:val="22"/>
              </w:rPr>
              <w:t xml:space="preserve"> Any other Asian background: __________</w:t>
            </w:r>
          </w:p>
        </w:tc>
        <w:tc>
          <w:tcPr>
            <w:tcW w:w="3552" w:type="dxa"/>
            <w:tcMar>
              <w:top w:w="35" w:type="dxa"/>
              <w:left w:w="55" w:type="dxa"/>
              <w:bottom w:w="35" w:type="dxa"/>
              <w:right w:w="55" w:type="dxa"/>
            </w:tcMar>
          </w:tcPr>
          <w:p w14:paraId="3CB2C674" w14:textId="77777777" w:rsidR="00B25269" w:rsidRPr="00560463" w:rsidRDefault="00B25269">
            <w:pPr>
              <w:rPr>
                <w:sz w:val="22"/>
              </w:rPr>
            </w:pPr>
          </w:p>
        </w:tc>
      </w:tr>
    </w:tbl>
    <w:p w14:paraId="520AE1E1" w14:textId="77777777" w:rsidR="00B25269" w:rsidRPr="00560463" w:rsidRDefault="00EC5D2E">
      <w:pPr>
        <w:spacing w:before="20" w:after="0"/>
        <w:rPr>
          <w:sz w:val="22"/>
        </w:rPr>
      </w:pPr>
      <w:r w:rsidRPr="00560463">
        <w:rPr>
          <w:b/>
          <w:sz w:val="22"/>
        </w:rPr>
        <w:t>Black, Black British, Black Welsh, Caribbean or African</w:t>
      </w:r>
    </w:p>
    <w:tbl>
      <w:tblPr>
        <w:tblW w:w="0" w:type="auto"/>
        <w:jc w:val="center"/>
        <w:tblLook w:val="04A0" w:firstRow="1" w:lastRow="0" w:firstColumn="1" w:lastColumn="0" w:noHBand="0" w:noVBand="1"/>
      </w:tblPr>
      <w:tblGrid>
        <w:gridCol w:w="3552"/>
        <w:gridCol w:w="3552"/>
        <w:gridCol w:w="3552"/>
      </w:tblGrid>
      <w:tr w:rsidR="00B25269" w:rsidRPr="00560463" w14:paraId="07DB7A60" w14:textId="77777777">
        <w:trPr>
          <w:jc w:val="center"/>
        </w:trPr>
        <w:tc>
          <w:tcPr>
            <w:tcW w:w="3552" w:type="dxa"/>
            <w:tcMar>
              <w:top w:w="35" w:type="dxa"/>
              <w:left w:w="55" w:type="dxa"/>
              <w:bottom w:w="35" w:type="dxa"/>
              <w:right w:w="55" w:type="dxa"/>
            </w:tcMar>
          </w:tcPr>
          <w:p w14:paraId="068850C1" w14:textId="77777777" w:rsidR="00B25269" w:rsidRPr="00560463" w:rsidRDefault="00EC5D2E">
            <w:pPr>
              <w:spacing w:after="0"/>
              <w:rPr>
                <w:sz w:val="22"/>
              </w:rPr>
            </w:pPr>
            <w:r w:rsidRPr="00560463">
              <w:rPr>
                <w:sz w:val="22"/>
              </w:rPr>
              <w:t>☐</w:t>
            </w:r>
            <w:r w:rsidRPr="00560463">
              <w:rPr>
                <w:sz w:val="22"/>
              </w:rPr>
              <w:t xml:space="preserve"> African</w:t>
            </w:r>
          </w:p>
        </w:tc>
        <w:tc>
          <w:tcPr>
            <w:tcW w:w="3552" w:type="dxa"/>
            <w:tcMar>
              <w:top w:w="35" w:type="dxa"/>
              <w:left w:w="55" w:type="dxa"/>
              <w:bottom w:w="35" w:type="dxa"/>
              <w:right w:w="55" w:type="dxa"/>
            </w:tcMar>
          </w:tcPr>
          <w:p w14:paraId="368EB1B0" w14:textId="77777777" w:rsidR="00B25269" w:rsidRPr="00560463" w:rsidRDefault="00EC5D2E">
            <w:pPr>
              <w:spacing w:after="0"/>
              <w:rPr>
                <w:sz w:val="22"/>
              </w:rPr>
            </w:pPr>
            <w:r w:rsidRPr="00560463">
              <w:rPr>
                <w:sz w:val="22"/>
              </w:rPr>
              <w:t>☐</w:t>
            </w:r>
            <w:r w:rsidRPr="00560463">
              <w:rPr>
                <w:sz w:val="22"/>
              </w:rPr>
              <w:t xml:space="preserve"> Caribbean</w:t>
            </w:r>
          </w:p>
        </w:tc>
        <w:tc>
          <w:tcPr>
            <w:tcW w:w="3552" w:type="dxa"/>
            <w:tcMar>
              <w:top w:w="35" w:type="dxa"/>
              <w:left w:w="55" w:type="dxa"/>
              <w:bottom w:w="35" w:type="dxa"/>
              <w:right w:w="55" w:type="dxa"/>
            </w:tcMar>
          </w:tcPr>
          <w:p w14:paraId="1B4381E9" w14:textId="77777777" w:rsidR="00B25269" w:rsidRPr="00560463" w:rsidRDefault="00EC5D2E">
            <w:pPr>
              <w:spacing w:after="0"/>
              <w:rPr>
                <w:sz w:val="22"/>
              </w:rPr>
            </w:pPr>
            <w:r w:rsidRPr="00560463">
              <w:rPr>
                <w:sz w:val="22"/>
              </w:rPr>
              <w:t>☐</w:t>
            </w:r>
            <w:r w:rsidRPr="00560463">
              <w:rPr>
                <w:sz w:val="22"/>
              </w:rPr>
              <w:t xml:space="preserve"> Any other Black background: __________</w:t>
            </w:r>
          </w:p>
        </w:tc>
      </w:tr>
    </w:tbl>
    <w:p w14:paraId="09F2673B" w14:textId="77777777" w:rsidR="00B25269" w:rsidRPr="00560463" w:rsidRDefault="00EC5D2E">
      <w:pPr>
        <w:spacing w:before="20" w:after="0"/>
        <w:rPr>
          <w:sz w:val="22"/>
        </w:rPr>
      </w:pPr>
      <w:r w:rsidRPr="00560463">
        <w:rPr>
          <w:b/>
          <w:sz w:val="22"/>
        </w:rPr>
        <w:t>Mixed or Multiple ethnic groups</w:t>
      </w:r>
    </w:p>
    <w:tbl>
      <w:tblPr>
        <w:tblW w:w="0" w:type="auto"/>
        <w:jc w:val="center"/>
        <w:tblLook w:val="04A0" w:firstRow="1" w:lastRow="0" w:firstColumn="1" w:lastColumn="0" w:noHBand="0" w:noVBand="1"/>
      </w:tblPr>
      <w:tblGrid>
        <w:gridCol w:w="3552"/>
        <w:gridCol w:w="3552"/>
        <w:gridCol w:w="3552"/>
      </w:tblGrid>
      <w:tr w:rsidR="00B25269" w:rsidRPr="00560463" w14:paraId="0C0B17A5" w14:textId="77777777">
        <w:trPr>
          <w:jc w:val="center"/>
        </w:trPr>
        <w:tc>
          <w:tcPr>
            <w:tcW w:w="3552" w:type="dxa"/>
            <w:tcMar>
              <w:top w:w="35" w:type="dxa"/>
              <w:left w:w="55" w:type="dxa"/>
              <w:bottom w:w="35" w:type="dxa"/>
              <w:right w:w="55" w:type="dxa"/>
            </w:tcMar>
          </w:tcPr>
          <w:p w14:paraId="336EF84F" w14:textId="77777777" w:rsidR="00B25269" w:rsidRPr="00560463" w:rsidRDefault="00EC5D2E">
            <w:pPr>
              <w:spacing w:after="0"/>
              <w:rPr>
                <w:sz w:val="22"/>
              </w:rPr>
            </w:pPr>
            <w:r w:rsidRPr="00560463">
              <w:rPr>
                <w:sz w:val="22"/>
              </w:rPr>
              <w:t>☐</w:t>
            </w:r>
            <w:r w:rsidRPr="00560463">
              <w:rPr>
                <w:sz w:val="22"/>
              </w:rPr>
              <w:t xml:space="preserve"> White and Asian</w:t>
            </w:r>
          </w:p>
        </w:tc>
        <w:tc>
          <w:tcPr>
            <w:tcW w:w="3552" w:type="dxa"/>
            <w:tcMar>
              <w:top w:w="35" w:type="dxa"/>
              <w:left w:w="55" w:type="dxa"/>
              <w:bottom w:w="35" w:type="dxa"/>
              <w:right w:w="55" w:type="dxa"/>
            </w:tcMar>
          </w:tcPr>
          <w:p w14:paraId="4338B92E" w14:textId="77777777" w:rsidR="00B25269" w:rsidRPr="00560463" w:rsidRDefault="00EC5D2E">
            <w:pPr>
              <w:spacing w:after="0"/>
              <w:rPr>
                <w:sz w:val="22"/>
              </w:rPr>
            </w:pPr>
            <w:r w:rsidRPr="00560463">
              <w:rPr>
                <w:sz w:val="22"/>
              </w:rPr>
              <w:t>☐</w:t>
            </w:r>
            <w:r w:rsidRPr="00560463">
              <w:rPr>
                <w:sz w:val="22"/>
              </w:rPr>
              <w:t xml:space="preserve"> White and Black African</w:t>
            </w:r>
          </w:p>
        </w:tc>
        <w:tc>
          <w:tcPr>
            <w:tcW w:w="3552" w:type="dxa"/>
            <w:tcMar>
              <w:top w:w="35" w:type="dxa"/>
              <w:left w:w="55" w:type="dxa"/>
              <w:bottom w:w="35" w:type="dxa"/>
              <w:right w:w="55" w:type="dxa"/>
            </w:tcMar>
          </w:tcPr>
          <w:p w14:paraId="7224E250" w14:textId="77777777" w:rsidR="00B25269" w:rsidRPr="00560463" w:rsidRDefault="00EC5D2E">
            <w:pPr>
              <w:spacing w:after="0"/>
              <w:rPr>
                <w:sz w:val="22"/>
              </w:rPr>
            </w:pPr>
            <w:r w:rsidRPr="00560463">
              <w:rPr>
                <w:sz w:val="22"/>
              </w:rPr>
              <w:t>☐</w:t>
            </w:r>
            <w:r w:rsidRPr="00560463">
              <w:rPr>
                <w:sz w:val="22"/>
              </w:rPr>
              <w:t xml:space="preserve"> White and Black Caribbean</w:t>
            </w:r>
          </w:p>
        </w:tc>
      </w:tr>
      <w:tr w:rsidR="00B25269" w:rsidRPr="00560463" w14:paraId="7762DE0E" w14:textId="77777777">
        <w:trPr>
          <w:jc w:val="center"/>
        </w:trPr>
        <w:tc>
          <w:tcPr>
            <w:tcW w:w="3552" w:type="dxa"/>
            <w:tcMar>
              <w:top w:w="35" w:type="dxa"/>
              <w:left w:w="55" w:type="dxa"/>
              <w:bottom w:w="35" w:type="dxa"/>
              <w:right w:w="55" w:type="dxa"/>
            </w:tcMar>
          </w:tcPr>
          <w:p w14:paraId="2096BCBB" w14:textId="77777777" w:rsidR="00B25269" w:rsidRPr="00560463" w:rsidRDefault="00EC5D2E">
            <w:pPr>
              <w:spacing w:after="0"/>
              <w:rPr>
                <w:sz w:val="22"/>
              </w:rPr>
            </w:pPr>
            <w:r w:rsidRPr="00560463">
              <w:rPr>
                <w:sz w:val="22"/>
              </w:rPr>
              <w:t>☐</w:t>
            </w:r>
            <w:r w:rsidRPr="00560463">
              <w:rPr>
                <w:sz w:val="22"/>
              </w:rPr>
              <w:t xml:space="preserve"> Any other Mixed or Multiple ethnic background: __________</w:t>
            </w:r>
          </w:p>
        </w:tc>
        <w:tc>
          <w:tcPr>
            <w:tcW w:w="3552" w:type="dxa"/>
            <w:tcMar>
              <w:top w:w="35" w:type="dxa"/>
              <w:left w:w="55" w:type="dxa"/>
              <w:bottom w:w="35" w:type="dxa"/>
              <w:right w:w="55" w:type="dxa"/>
            </w:tcMar>
          </w:tcPr>
          <w:p w14:paraId="51D316B8" w14:textId="77777777" w:rsidR="00B25269" w:rsidRPr="00560463" w:rsidRDefault="00B25269">
            <w:pPr>
              <w:rPr>
                <w:sz w:val="22"/>
              </w:rPr>
            </w:pPr>
          </w:p>
        </w:tc>
        <w:tc>
          <w:tcPr>
            <w:tcW w:w="3552" w:type="dxa"/>
            <w:tcMar>
              <w:top w:w="35" w:type="dxa"/>
              <w:left w:w="55" w:type="dxa"/>
              <w:bottom w:w="35" w:type="dxa"/>
              <w:right w:w="55" w:type="dxa"/>
            </w:tcMar>
          </w:tcPr>
          <w:p w14:paraId="2A1B60F2" w14:textId="77777777" w:rsidR="00B25269" w:rsidRPr="00560463" w:rsidRDefault="00B25269">
            <w:pPr>
              <w:rPr>
                <w:sz w:val="22"/>
              </w:rPr>
            </w:pPr>
          </w:p>
        </w:tc>
      </w:tr>
    </w:tbl>
    <w:p w14:paraId="26EDBD7E" w14:textId="77777777" w:rsidR="00B25269" w:rsidRPr="00560463" w:rsidRDefault="00EC5D2E">
      <w:pPr>
        <w:spacing w:before="20" w:after="0"/>
        <w:rPr>
          <w:sz w:val="22"/>
        </w:rPr>
      </w:pPr>
      <w:r w:rsidRPr="00560463">
        <w:rPr>
          <w:b/>
          <w:sz w:val="22"/>
        </w:rPr>
        <w:t>White</w:t>
      </w:r>
    </w:p>
    <w:tbl>
      <w:tblPr>
        <w:tblW w:w="0" w:type="auto"/>
        <w:jc w:val="center"/>
        <w:tblLook w:val="04A0" w:firstRow="1" w:lastRow="0" w:firstColumn="1" w:lastColumn="0" w:noHBand="0" w:noVBand="1"/>
      </w:tblPr>
      <w:tblGrid>
        <w:gridCol w:w="3552"/>
        <w:gridCol w:w="3552"/>
        <w:gridCol w:w="3552"/>
      </w:tblGrid>
      <w:tr w:rsidR="00B25269" w:rsidRPr="00560463" w14:paraId="72DC5F75" w14:textId="77777777">
        <w:trPr>
          <w:jc w:val="center"/>
        </w:trPr>
        <w:tc>
          <w:tcPr>
            <w:tcW w:w="3552" w:type="dxa"/>
            <w:tcMar>
              <w:top w:w="35" w:type="dxa"/>
              <w:left w:w="55" w:type="dxa"/>
              <w:bottom w:w="35" w:type="dxa"/>
              <w:right w:w="55" w:type="dxa"/>
            </w:tcMar>
          </w:tcPr>
          <w:p w14:paraId="098B4EBD" w14:textId="77777777" w:rsidR="00B25269" w:rsidRPr="00560463" w:rsidRDefault="00EC5D2E">
            <w:pPr>
              <w:spacing w:after="0"/>
              <w:rPr>
                <w:sz w:val="22"/>
              </w:rPr>
            </w:pPr>
            <w:r w:rsidRPr="00560463">
              <w:rPr>
                <w:sz w:val="22"/>
              </w:rPr>
              <w:t>☐</w:t>
            </w:r>
            <w:r w:rsidRPr="00560463">
              <w:rPr>
                <w:sz w:val="22"/>
              </w:rPr>
              <w:t xml:space="preserve"> English, Welsh, Scottish, Northern Irish or British</w:t>
            </w:r>
          </w:p>
        </w:tc>
        <w:tc>
          <w:tcPr>
            <w:tcW w:w="3552" w:type="dxa"/>
            <w:tcMar>
              <w:top w:w="35" w:type="dxa"/>
              <w:left w:w="55" w:type="dxa"/>
              <w:bottom w:w="35" w:type="dxa"/>
              <w:right w:w="55" w:type="dxa"/>
            </w:tcMar>
          </w:tcPr>
          <w:p w14:paraId="40585278" w14:textId="77777777" w:rsidR="00B25269" w:rsidRPr="00560463" w:rsidRDefault="00EC5D2E">
            <w:pPr>
              <w:spacing w:after="0"/>
              <w:rPr>
                <w:sz w:val="22"/>
              </w:rPr>
            </w:pPr>
            <w:r w:rsidRPr="00560463">
              <w:rPr>
                <w:sz w:val="22"/>
              </w:rPr>
              <w:t>☐</w:t>
            </w:r>
            <w:r w:rsidRPr="00560463">
              <w:rPr>
                <w:sz w:val="22"/>
              </w:rPr>
              <w:t xml:space="preserve"> Irish</w:t>
            </w:r>
          </w:p>
        </w:tc>
        <w:tc>
          <w:tcPr>
            <w:tcW w:w="3552" w:type="dxa"/>
            <w:tcMar>
              <w:top w:w="35" w:type="dxa"/>
              <w:left w:w="55" w:type="dxa"/>
              <w:bottom w:w="35" w:type="dxa"/>
              <w:right w:w="55" w:type="dxa"/>
            </w:tcMar>
          </w:tcPr>
          <w:p w14:paraId="1760AD13" w14:textId="77777777" w:rsidR="00B25269" w:rsidRPr="00560463" w:rsidRDefault="00EC5D2E">
            <w:pPr>
              <w:spacing w:after="0"/>
              <w:rPr>
                <w:sz w:val="22"/>
              </w:rPr>
            </w:pPr>
            <w:r w:rsidRPr="00560463">
              <w:rPr>
                <w:sz w:val="22"/>
              </w:rPr>
              <w:t>☐</w:t>
            </w:r>
            <w:r w:rsidRPr="00560463">
              <w:rPr>
                <w:sz w:val="22"/>
              </w:rPr>
              <w:t xml:space="preserve"> Gypsy or Irish Traveller</w:t>
            </w:r>
          </w:p>
        </w:tc>
      </w:tr>
      <w:tr w:rsidR="00B25269" w:rsidRPr="00560463" w14:paraId="6A510DA1" w14:textId="77777777">
        <w:trPr>
          <w:jc w:val="center"/>
        </w:trPr>
        <w:tc>
          <w:tcPr>
            <w:tcW w:w="3552" w:type="dxa"/>
            <w:tcMar>
              <w:top w:w="35" w:type="dxa"/>
              <w:left w:w="55" w:type="dxa"/>
              <w:bottom w:w="35" w:type="dxa"/>
              <w:right w:w="55" w:type="dxa"/>
            </w:tcMar>
          </w:tcPr>
          <w:p w14:paraId="0B46F621" w14:textId="77777777" w:rsidR="00B25269" w:rsidRPr="00560463" w:rsidRDefault="00EC5D2E">
            <w:pPr>
              <w:spacing w:after="0"/>
              <w:rPr>
                <w:sz w:val="22"/>
              </w:rPr>
            </w:pPr>
            <w:r w:rsidRPr="00560463">
              <w:rPr>
                <w:sz w:val="22"/>
              </w:rPr>
              <w:t>☐</w:t>
            </w:r>
            <w:r w:rsidRPr="00560463">
              <w:rPr>
                <w:sz w:val="22"/>
              </w:rPr>
              <w:t xml:space="preserve"> Roma</w:t>
            </w:r>
          </w:p>
        </w:tc>
        <w:tc>
          <w:tcPr>
            <w:tcW w:w="3552" w:type="dxa"/>
            <w:tcMar>
              <w:top w:w="35" w:type="dxa"/>
              <w:left w:w="55" w:type="dxa"/>
              <w:bottom w:w="35" w:type="dxa"/>
              <w:right w:w="55" w:type="dxa"/>
            </w:tcMar>
          </w:tcPr>
          <w:p w14:paraId="3C5D15BF" w14:textId="77777777" w:rsidR="00B25269" w:rsidRPr="00560463" w:rsidRDefault="00EC5D2E">
            <w:pPr>
              <w:spacing w:after="0"/>
              <w:rPr>
                <w:sz w:val="22"/>
              </w:rPr>
            </w:pPr>
            <w:r w:rsidRPr="00560463">
              <w:rPr>
                <w:sz w:val="22"/>
              </w:rPr>
              <w:t>☐</w:t>
            </w:r>
            <w:r w:rsidRPr="00560463">
              <w:rPr>
                <w:sz w:val="22"/>
              </w:rPr>
              <w:t xml:space="preserve"> Any other White background: __________</w:t>
            </w:r>
          </w:p>
        </w:tc>
        <w:tc>
          <w:tcPr>
            <w:tcW w:w="3552" w:type="dxa"/>
            <w:tcMar>
              <w:top w:w="35" w:type="dxa"/>
              <w:left w:w="55" w:type="dxa"/>
              <w:bottom w:w="35" w:type="dxa"/>
              <w:right w:w="55" w:type="dxa"/>
            </w:tcMar>
          </w:tcPr>
          <w:p w14:paraId="5A181E58" w14:textId="77777777" w:rsidR="00B25269" w:rsidRPr="00560463" w:rsidRDefault="00B25269">
            <w:pPr>
              <w:rPr>
                <w:sz w:val="22"/>
              </w:rPr>
            </w:pPr>
          </w:p>
        </w:tc>
      </w:tr>
    </w:tbl>
    <w:p w14:paraId="4284B666" w14:textId="77777777" w:rsidR="00B25269" w:rsidRPr="00560463" w:rsidRDefault="00EC5D2E">
      <w:pPr>
        <w:spacing w:before="20" w:after="0"/>
        <w:rPr>
          <w:sz w:val="22"/>
        </w:rPr>
      </w:pPr>
      <w:proofErr w:type="gramStart"/>
      <w:r w:rsidRPr="00560463">
        <w:rPr>
          <w:b/>
          <w:sz w:val="22"/>
        </w:rPr>
        <w:t>Other</w:t>
      </w:r>
      <w:proofErr w:type="gramEnd"/>
      <w:r w:rsidRPr="00560463">
        <w:rPr>
          <w:b/>
          <w:sz w:val="22"/>
        </w:rPr>
        <w:t xml:space="preserve"> ethnic group</w:t>
      </w:r>
    </w:p>
    <w:tbl>
      <w:tblPr>
        <w:tblW w:w="0" w:type="auto"/>
        <w:jc w:val="center"/>
        <w:tblLook w:val="04A0" w:firstRow="1" w:lastRow="0" w:firstColumn="1" w:lastColumn="0" w:noHBand="0" w:noVBand="1"/>
      </w:tblPr>
      <w:tblGrid>
        <w:gridCol w:w="5328"/>
        <w:gridCol w:w="5328"/>
      </w:tblGrid>
      <w:tr w:rsidR="00B25269" w:rsidRPr="00560463" w14:paraId="145334B5" w14:textId="77777777">
        <w:trPr>
          <w:jc w:val="center"/>
        </w:trPr>
        <w:tc>
          <w:tcPr>
            <w:tcW w:w="5328" w:type="dxa"/>
            <w:tcMar>
              <w:top w:w="35" w:type="dxa"/>
              <w:left w:w="55" w:type="dxa"/>
              <w:bottom w:w="35" w:type="dxa"/>
              <w:right w:w="55" w:type="dxa"/>
            </w:tcMar>
          </w:tcPr>
          <w:p w14:paraId="785649E2" w14:textId="77777777" w:rsidR="00B25269" w:rsidRPr="00560463" w:rsidRDefault="00EC5D2E">
            <w:pPr>
              <w:spacing w:after="0"/>
              <w:rPr>
                <w:sz w:val="22"/>
              </w:rPr>
            </w:pPr>
            <w:r w:rsidRPr="00560463">
              <w:rPr>
                <w:sz w:val="22"/>
              </w:rPr>
              <w:t>☐</w:t>
            </w:r>
            <w:r w:rsidRPr="00560463">
              <w:rPr>
                <w:sz w:val="22"/>
              </w:rPr>
              <w:t xml:space="preserve"> Arab</w:t>
            </w:r>
          </w:p>
        </w:tc>
        <w:tc>
          <w:tcPr>
            <w:tcW w:w="5328" w:type="dxa"/>
            <w:tcMar>
              <w:top w:w="35" w:type="dxa"/>
              <w:left w:w="55" w:type="dxa"/>
              <w:bottom w:w="35" w:type="dxa"/>
              <w:right w:w="55" w:type="dxa"/>
            </w:tcMar>
          </w:tcPr>
          <w:p w14:paraId="215D5359" w14:textId="77777777" w:rsidR="00B25269" w:rsidRPr="00560463" w:rsidRDefault="00EC5D2E">
            <w:pPr>
              <w:spacing w:after="0"/>
              <w:rPr>
                <w:sz w:val="22"/>
              </w:rPr>
            </w:pPr>
            <w:r w:rsidRPr="00560463">
              <w:rPr>
                <w:sz w:val="22"/>
              </w:rPr>
              <w:t>☐</w:t>
            </w:r>
            <w:r w:rsidRPr="00560463">
              <w:rPr>
                <w:sz w:val="22"/>
              </w:rPr>
              <w:t xml:space="preserve"> Any other ethnic group: __________</w:t>
            </w:r>
          </w:p>
        </w:tc>
      </w:tr>
    </w:tbl>
    <w:p w14:paraId="5719C025" w14:textId="77777777" w:rsidR="00B25269" w:rsidRPr="00560463" w:rsidRDefault="00EC5D2E">
      <w:pPr>
        <w:spacing w:before="20" w:after="20"/>
        <w:rPr>
          <w:sz w:val="22"/>
        </w:rPr>
      </w:pPr>
      <w:r w:rsidRPr="00560463">
        <w:rPr>
          <w:sz w:val="22"/>
        </w:rPr>
        <w:t>☐</w:t>
      </w:r>
      <w:r w:rsidRPr="00560463">
        <w:rPr>
          <w:sz w:val="22"/>
        </w:rPr>
        <w:t xml:space="preserve"> Prefer not to say</w:t>
      </w:r>
    </w:p>
    <w:p w14:paraId="11ED34B8" w14:textId="77777777" w:rsidR="00B25269" w:rsidRPr="00560463" w:rsidRDefault="00EC5D2E">
      <w:pPr>
        <w:pStyle w:val="Heading1"/>
        <w:spacing w:before="40" w:after="20"/>
        <w:rPr>
          <w:sz w:val="22"/>
          <w:szCs w:val="22"/>
        </w:rPr>
      </w:pPr>
      <w:r w:rsidRPr="00560463">
        <w:rPr>
          <w:sz w:val="22"/>
          <w:szCs w:val="22"/>
        </w:rPr>
        <w:t xml:space="preserve">How often do you usually come to </w:t>
      </w:r>
      <w:proofErr w:type="gramStart"/>
      <w:r w:rsidRPr="00560463">
        <w:rPr>
          <w:sz w:val="22"/>
          <w:szCs w:val="22"/>
        </w:rPr>
        <w:t>the practice</w:t>
      </w:r>
      <w:proofErr w:type="gramEnd"/>
      <w:r w:rsidRPr="00560463">
        <w:rPr>
          <w:sz w:val="22"/>
          <w:szCs w:val="22"/>
        </w:rPr>
        <w:t>?</w:t>
      </w:r>
    </w:p>
    <w:tbl>
      <w:tblPr>
        <w:tblW w:w="0" w:type="auto"/>
        <w:jc w:val="center"/>
        <w:tblLook w:val="04A0" w:firstRow="1" w:lastRow="0" w:firstColumn="1" w:lastColumn="0" w:noHBand="0" w:noVBand="1"/>
      </w:tblPr>
      <w:tblGrid>
        <w:gridCol w:w="2664"/>
        <w:gridCol w:w="2664"/>
        <w:gridCol w:w="2664"/>
        <w:gridCol w:w="2664"/>
      </w:tblGrid>
      <w:tr w:rsidR="00B25269" w:rsidRPr="00560463" w14:paraId="7E87EF20" w14:textId="77777777">
        <w:trPr>
          <w:jc w:val="center"/>
        </w:trPr>
        <w:tc>
          <w:tcPr>
            <w:tcW w:w="2664" w:type="dxa"/>
            <w:tcMar>
              <w:top w:w="35" w:type="dxa"/>
              <w:left w:w="55" w:type="dxa"/>
              <w:bottom w:w="35" w:type="dxa"/>
              <w:right w:w="55" w:type="dxa"/>
            </w:tcMar>
          </w:tcPr>
          <w:p w14:paraId="540C3230" w14:textId="77777777" w:rsidR="00B25269" w:rsidRPr="00560463" w:rsidRDefault="00EC5D2E">
            <w:pPr>
              <w:spacing w:after="0"/>
              <w:rPr>
                <w:sz w:val="22"/>
              </w:rPr>
            </w:pPr>
            <w:r w:rsidRPr="00560463">
              <w:rPr>
                <w:sz w:val="22"/>
              </w:rPr>
              <w:t>☐</w:t>
            </w:r>
            <w:r w:rsidRPr="00560463">
              <w:rPr>
                <w:sz w:val="22"/>
              </w:rPr>
              <w:t xml:space="preserve"> Regularly</w:t>
            </w:r>
          </w:p>
        </w:tc>
        <w:tc>
          <w:tcPr>
            <w:tcW w:w="2664" w:type="dxa"/>
            <w:tcMar>
              <w:top w:w="35" w:type="dxa"/>
              <w:left w:w="55" w:type="dxa"/>
              <w:bottom w:w="35" w:type="dxa"/>
              <w:right w:w="55" w:type="dxa"/>
            </w:tcMar>
          </w:tcPr>
          <w:p w14:paraId="72EE2FE1" w14:textId="77777777" w:rsidR="00B25269" w:rsidRPr="00560463" w:rsidRDefault="00EC5D2E">
            <w:pPr>
              <w:spacing w:after="0"/>
              <w:rPr>
                <w:sz w:val="22"/>
              </w:rPr>
            </w:pPr>
            <w:r w:rsidRPr="00560463">
              <w:rPr>
                <w:sz w:val="22"/>
              </w:rPr>
              <w:t>☐</w:t>
            </w:r>
            <w:r w:rsidRPr="00560463">
              <w:rPr>
                <w:sz w:val="22"/>
              </w:rPr>
              <w:t xml:space="preserve"> Occasionally</w:t>
            </w:r>
          </w:p>
        </w:tc>
        <w:tc>
          <w:tcPr>
            <w:tcW w:w="2664" w:type="dxa"/>
            <w:tcMar>
              <w:top w:w="35" w:type="dxa"/>
              <w:left w:w="55" w:type="dxa"/>
              <w:bottom w:w="35" w:type="dxa"/>
              <w:right w:w="55" w:type="dxa"/>
            </w:tcMar>
          </w:tcPr>
          <w:p w14:paraId="36AFBFC7" w14:textId="77777777" w:rsidR="00B25269" w:rsidRPr="00560463" w:rsidRDefault="00EC5D2E">
            <w:pPr>
              <w:spacing w:after="0"/>
              <w:rPr>
                <w:sz w:val="22"/>
              </w:rPr>
            </w:pPr>
            <w:r w:rsidRPr="00560463">
              <w:rPr>
                <w:sz w:val="22"/>
              </w:rPr>
              <w:t>☐</w:t>
            </w:r>
            <w:r w:rsidRPr="00560463">
              <w:rPr>
                <w:sz w:val="22"/>
              </w:rPr>
              <w:t xml:space="preserve"> Very rarely</w:t>
            </w:r>
          </w:p>
        </w:tc>
        <w:tc>
          <w:tcPr>
            <w:tcW w:w="2664" w:type="dxa"/>
            <w:tcMar>
              <w:top w:w="35" w:type="dxa"/>
              <w:left w:w="55" w:type="dxa"/>
              <w:bottom w:w="35" w:type="dxa"/>
              <w:right w:w="55" w:type="dxa"/>
            </w:tcMar>
          </w:tcPr>
          <w:p w14:paraId="0F5D04A5" w14:textId="77777777" w:rsidR="00B25269" w:rsidRPr="00560463" w:rsidRDefault="00EC5D2E">
            <w:pPr>
              <w:spacing w:after="0"/>
              <w:rPr>
                <w:sz w:val="22"/>
              </w:rPr>
            </w:pPr>
            <w:r w:rsidRPr="00560463">
              <w:rPr>
                <w:sz w:val="22"/>
              </w:rPr>
              <w:t>☐</w:t>
            </w:r>
            <w:r w:rsidRPr="00560463">
              <w:rPr>
                <w:sz w:val="22"/>
              </w:rPr>
              <w:t xml:space="preserve"> Prefer not to say</w:t>
            </w:r>
          </w:p>
        </w:tc>
      </w:tr>
    </w:tbl>
    <w:p w14:paraId="3FED9FE0" w14:textId="77777777" w:rsidR="00B25269" w:rsidRPr="00560463" w:rsidRDefault="00EC5D2E">
      <w:pPr>
        <w:pStyle w:val="Heading1"/>
        <w:spacing w:before="60" w:after="20"/>
        <w:rPr>
          <w:sz w:val="22"/>
          <w:szCs w:val="22"/>
        </w:rPr>
      </w:pPr>
      <w:r w:rsidRPr="00560463">
        <w:rPr>
          <w:sz w:val="22"/>
          <w:szCs w:val="22"/>
        </w:rPr>
        <w:t>How we will use your information</w:t>
      </w:r>
    </w:p>
    <w:p w14:paraId="1A1B3AF4" w14:textId="77777777" w:rsidR="00B25269" w:rsidRPr="00560463" w:rsidRDefault="00EC5D2E">
      <w:pPr>
        <w:spacing w:after="60" w:line="240" w:lineRule="auto"/>
        <w:rPr>
          <w:sz w:val="22"/>
        </w:rPr>
      </w:pPr>
      <w:r w:rsidRPr="00560463">
        <w:rPr>
          <w:sz w:val="22"/>
        </w:rPr>
        <w:t>The information you provide will be used by Leatside Health Centre to contact you about PPG activities and other opportunities to help us improve our services. Demographic information is requested to help us understand whether our PPG reflects the diversity of our practice population.</w:t>
      </w:r>
      <w:r w:rsidRPr="00560463">
        <w:rPr>
          <w:sz w:val="22"/>
        </w:rPr>
        <w:br/>
      </w:r>
      <w:r w:rsidRPr="00560463">
        <w:rPr>
          <w:sz w:val="22"/>
        </w:rPr>
        <w:t>Your information will be handled in accordance with UK data protection legislation, including the UK GDPR and Data Protection Act 2018. It will not be used to make decisions about your medical care. You can ask to stop receiving PPG communications or withdraw from the group at any time. For more information, please see the Practice Privacy Notice.</w:t>
      </w:r>
    </w:p>
    <w:sectPr w:rsidR="00B25269" w:rsidRPr="00560463" w:rsidSect="00034616">
      <w:footerReference w:type="default" r:id="rId8"/>
      <w:pgSz w:w="12240" w:h="15840"/>
      <w:pgMar w:top="605" w:right="792" w:bottom="605"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415B3" w14:textId="77777777" w:rsidR="00EC5D2E" w:rsidRDefault="00EC5D2E">
      <w:pPr>
        <w:spacing w:after="0" w:line="240" w:lineRule="auto"/>
      </w:pPr>
      <w:r>
        <w:separator/>
      </w:r>
    </w:p>
  </w:endnote>
  <w:endnote w:type="continuationSeparator" w:id="0">
    <w:p w14:paraId="6B649F3E" w14:textId="77777777" w:rsidR="00EC5D2E" w:rsidRDefault="00EC5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8A228" w14:textId="77777777" w:rsidR="00B25269" w:rsidRDefault="00EC5D2E">
    <w:pPr>
      <w:pStyle w:val="Footer"/>
      <w:jc w:val="center"/>
    </w:pPr>
    <w:proofErr w:type="spellStart"/>
    <w:r>
      <w:rPr>
        <w:sz w:val="14"/>
      </w:rPr>
      <w:t>Leatside</w:t>
    </w:r>
    <w:proofErr w:type="spellEnd"/>
    <w:r>
      <w:rPr>
        <w:sz w:val="14"/>
      </w:rPr>
      <w:t xml:space="preserve"> Health Centre - PPG Application Form   |   </w:t>
    </w:r>
    <w:r>
      <w:rPr>
        <w:sz w:val="14"/>
      </w:rPr>
      <w:fldChar w:fldCharType="begin"/>
    </w:r>
    <w:r>
      <w:rPr>
        <w:sz w:val="14"/>
      </w:rPr>
      <w:instrText>PAGE</w:instrText>
    </w:r>
    <w:r w:rsidR="00560463">
      <w:rPr>
        <w:sz w:val="14"/>
      </w:rPr>
      <w:fldChar w:fldCharType="separate"/>
    </w:r>
    <w:r w:rsidR="00560463">
      <w:rPr>
        <w:noProof/>
        <w:sz w:val="14"/>
      </w:rPr>
      <w:t>1</w:t>
    </w:r>
    <w:r>
      <w:rPr>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0472D" w14:textId="77777777" w:rsidR="00EC5D2E" w:rsidRDefault="00EC5D2E">
      <w:pPr>
        <w:spacing w:after="0" w:line="240" w:lineRule="auto"/>
      </w:pPr>
      <w:r>
        <w:separator/>
      </w:r>
    </w:p>
  </w:footnote>
  <w:footnote w:type="continuationSeparator" w:id="0">
    <w:p w14:paraId="3517C96D" w14:textId="77777777" w:rsidR="00EC5D2E" w:rsidRDefault="00EC5D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5561209">
    <w:abstractNumId w:val="8"/>
  </w:num>
  <w:num w:numId="2" w16cid:durableId="1983145907">
    <w:abstractNumId w:val="6"/>
  </w:num>
  <w:num w:numId="3" w16cid:durableId="1546715523">
    <w:abstractNumId w:val="5"/>
  </w:num>
  <w:num w:numId="4" w16cid:durableId="2011978830">
    <w:abstractNumId w:val="4"/>
  </w:num>
  <w:num w:numId="5" w16cid:durableId="666635367">
    <w:abstractNumId w:val="7"/>
  </w:num>
  <w:num w:numId="6" w16cid:durableId="1089043812">
    <w:abstractNumId w:val="3"/>
  </w:num>
  <w:num w:numId="7" w16cid:durableId="48699119">
    <w:abstractNumId w:val="2"/>
  </w:num>
  <w:num w:numId="8" w16cid:durableId="1399018961">
    <w:abstractNumId w:val="1"/>
  </w:num>
  <w:num w:numId="9" w16cid:durableId="1328241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60463"/>
    <w:rsid w:val="00AA1D8D"/>
    <w:rsid w:val="00B25269"/>
    <w:rsid w:val="00B47730"/>
    <w:rsid w:val="00CB0664"/>
    <w:rsid w:val="00EC5D2E"/>
    <w:rsid w:val="00F41D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26D0AD"/>
  <w14:defaultImageDpi w14:val="300"/>
  <w15:docId w15:val="{8A5A025E-15AE-42A2-B799-FFABCBA31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PUGH, Caroline (LEATSIDE HEALTH CENTRE)</cp:lastModifiedBy>
  <cp:revision>2</cp:revision>
  <cp:lastPrinted>2026-09-02T11:09:00Z</cp:lastPrinted>
  <dcterms:created xsi:type="dcterms:W3CDTF">2026-09-02T11:16:00Z</dcterms:created>
  <dcterms:modified xsi:type="dcterms:W3CDTF">2026-09-02T11:16:00Z</dcterms:modified>
  <cp:category/>
</cp:coreProperties>
</file>